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187"/>
        <w:gridCol w:w="3893"/>
      </w:tblGrid>
      <w:tr w:rsidR="00AD6F45" w:rsidRPr="009833C2" w14:paraId="4B956AC3" w14:textId="77777777" w:rsidTr="00D241C0">
        <w:trPr>
          <w:jc w:val="center"/>
        </w:trPr>
        <w:tc>
          <w:tcPr>
            <w:tcW w:w="6187" w:type="dxa"/>
          </w:tcPr>
          <w:p w14:paraId="302788B2" w14:textId="5D962083" w:rsidR="007C667C" w:rsidRPr="009833C2" w:rsidRDefault="00000000">
            <w:pPr>
              <w:spacing w:after="0"/>
              <w:rPr>
                <w:rFonts w:ascii="メイリオ" w:eastAsia="メイリオ" w:hAnsi="メイリオ"/>
                <w:iCs/>
                <w:color w:val="000000" w:themeColor="text1"/>
                <w:sz w:val="20"/>
                <w:szCs w:val="20"/>
                <w:lang w:eastAsia="ja-JP"/>
              </w:rPr>
            </w:pPr>
            <w:r w:rsidRPr="009833C2">
              <w:rPr>
                <w:rFonts w:ascii="メイリオ" w:eastAsia="メイリオ" w:hAnsi="メイリオ"/>
                <w:b/>
                <w:color w:val="000000" w:themeColor="text1"/>
                <w:sz w:val="20"/>
                <w:szCs w:val="20"/>
                <w:lang w:eastAsia="ja-JP"/>
              </w:rPr>
              <w:t>FAX送信先：082-554-7853 (株式会社DAサポート 行)</w:t>
            </w:r>
            <w:r w:rsidRPr="009833C2">
              <w:rPr>
                <w:rFonts w:ascii="メイリオ" w:eastAsia="メイリオ" w:hAnsi="メイリオ"/>
                <w:b/>
                <w:color w:val="000000" w:themeColor="text1"/>
                <w:sz w:val="20"/>
                <w:szCs w:val="20"/>
                <w:lang w:eastAsia="ja-JP"/>
              </w:rPr>
              <w:br/>
            </w:r>
            <w:r w:rsidRPr="009833C2">
              <w:rPr>
                <w:rFonts w:ascii="メイリオ" w:eastAsia="メイリオ" w:hAnsi="メイリオ"/>
                <w:iCs/>
                <w:color w:val="000000" w:themeColor="text1"/>
                <w:sz w:val="20"/>
                <w:szCs w:val="20"/>
                <w:lang w:eastAsia="ja-JP"/>
              </w:rPr>
              <w:t>※送付状は不要です。</w:t>
            </w:r>
          </w:p>
        </w:tc>
        <w:tc>
          <w:tcPr>
            <w:tcW w:w="3893" w:type="dxa"/>
          </w:tcPr>
          <w:p w14:paraId="77B3E642" w14:textId="28A63AE2" w:rsidR="00AD6F45" w:rsidRPr="009833C2" w:rsidRDefault="00000000" w:rsidP="00D241C0">
            <w:pPr>
              <w:spacing w:after="0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proofErr w:type="spellStart"/>
            <w:r w:rsidRPr="009833C2"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  <w:t>送信日：令和</w:t>
            </w:r>
            <w:proofErr w:type="spellEnd"/>
            <w:r w:rsidRPr="009833C2"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  <w:t xml:space="preserve">　　</w:t>
            </w:r>
            <w:r w:rsidR="00D241C0" w:rsidRPr="009833C2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  <w:lang w:eastAsia="ja-JP"/>
              </w:rPr>
              <w:t xml:space="preserve">　</w:t>
            </w:r>
            <w:r w:rsidRPr="009833C2"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  <w:t>年</w:t>
            </w:r>
            <w:r w:rsidR="00D241C0" w:rsidRPr="009833C2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  <w:lang w:eastAsia="ja-JP"/>
              </w:rPr>
              <w:t xml:space="preserve">　</w:t>
            </w:r>
            <w:r w:rsidRPr="009833C2"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  <w:t xml:space="preserve">　　月　　日</w:t>
            </w:r>
          </w:p>
        </w:tc>
      </w:tr>
    </w:tbl>
    <w:p w14:paraId="748E35D0" w14:textId="3FEA1725" w:rsidR="00AD6F45" w:rsidRPr="009833C2" w:rsidRDefault="00000000" w:rsidP="009833C2">
      <w:pPr>
        <w:spacing w:before="240" w:after="120"/>
        <w:jc w:val="center"/>
        <w:rPr>
          <w:rFonts w:ascii="メイリオ" w:eastAsia="メイリオ" w:hAnsi="メイリオ"/>
          <w:color w:val="000000" w:themeColor="text1"/>
          <w:sz w:val="28"/>
          <w:szCs w:val="28"/>
          <w:lang w:eastAsia="ja-JP"/>
        </w:rPr>
      </w:pPr>
      <w:r w:rsidRPr="009833C2">
        <w:rPr>
          <w:rFonts w:ascii="メイリオ" w:eastAsia="メイリオ" w:hAnsi="メイリオ"/>
          <w:b/>
          <w:color w:val="000000" w:themeColor="text1"/>
          <w:sz w:val="28"/>
          <w:szCs w:val="28"/>
          <w:lang w:eastAsia="ja-JP"/>
        </w:rPr>
        <w:t xml:space="preserve">【医療機関専用】 </w:t>
      </w:r>
      <w:r w:rsidR="00D241C0" w:rsidRPr="009833C2">
        <w:rPr>
          <w:rFonts w:ascii="メイリオ" w:eastAsia="メイリオ" w:hAnsi="メイリオ" w:hint="eastAsia"/>
          <w:b/>
          <w:color w:val="000000" w:themeColor="text1"/>
          <w:sz w:val="28"/>
          <w:szCs w:val="28"/>
          <w:lang w:eastAsia="ja-JP"/>
        </w:rPr>
        <w:t>自動車運転実車評価</w:t>
      </w:r>
      <w:r w:rsidRPr="009833C2">
        <w:rPr>
          <w:rFonts w:ascii="メイリオ" w:eastAsia="メイリオ" w:hAnsi="メイリオ"/>
          <w:b/>
          <w:color w:val="000000" w:themeColor="text1"/>
          <w:sz w:val="28"/>
          <w:szCs w:val="28"/>
          <w:lang w:eastAsia="ja-JP"/>
        </w:rPr>
        <w:t xml:space="preserve"> </w:t>
      </w:r>
      <w:r w:rsidR="00D241C0" w:rsidRPr="009833C2">
        <w:rPr>
          <w:rFonts w:ascii="メイリオ" w:eastAsia="メイリオ" w:hAnsi="メイリオ" w:hint="eastAsia"/>
          <w:b/>
          <w:color w:val="000000" w:themeColor="text1"/>
          <w:sz w:val="28"/>
          <w:szCs w:val="28"/>
          <w:lang w:eastAsia="ja-JP"/>
        </w:rPr>
        <w:t>依頼シート（</w:t>
      </w:r>
      <w:r w:rsidRPr="009833C2">
        <w:rPr>
          <w:rFonts w:ascii="メイリオ" w:eastAsia="メイリオ" w:hAnsi="メイリオ"/>
          <w:b/>
          <w:color w:val="000000" w:themeColor="text1"/>
          <w:sz w:val="28"/>
          <w:szCs w:val="28"/>
          <w:lang w:eastAsia="ja-JP"/>
        </w:rPr>
        <w:t>情報提供書）</w:t>
      </w:r>
    </w:p>
    <w:p w14:paraId="17060E28" w14:textId="6868B0C9" w:rsidR="00D241C0" w:rsidRPr="009833C2" w:rsidRDefault="00EF0463" w:rsidP="009833C2">
      <w:pPr>
        <w:spacing w:after="200" w:line="320" w:lineRule="exact"/>
        <w:jc w:val="center"/>
        <w:rPr>
          <w:rFonts w:ascii="メイリオ" w:eastAsia="メイリオ" w:hAnsi="メイリオ"/>
          <w:color w:val="000000" w:themeColor="text1"/>
          <w:sz w:val="20"/>
          <w:szCs w:val="20"/>
          <w:lang w:eastAsia="ja-JP"/>
        </w:rPr>
      </w:pPr>
      <w:r w:rsidRPr="009833C2">
        <w:rPr>
          <w:rFonts w:ascii="メイリオ" w:eastAsia="メイリオ" w:hAnsi="メイリオ" w:hint="eastAsia"/>
          <w:color w:val="000000" w:themeColor="text1"/>
          <w:sz w:val="20"/>
          <w:szCs w:val="20"/>
          <w:lang w:eastAsia="ja-JP"/>
        </w:rPr>
        <w:t>この依頼書を送付いただきましたら、患者様との日程調整等はDAサポートで行います。</w:t>
      </w:r>
      <w:r w:rsidR="00D241C0" w:rsidRPr="009833C2">
        <w:rPr>
          <w:rFonts w:ascii="メイリオ" w:eastAsia="メイリオ" w:hAnsi="メイリオ"/>
          <w:color w:val="000000" w:themeColor="text1"/>
          <w:sz w:val="20"/>
          <w:szCs w:val="20"/>
          <w:lang w:eastAsia="ja-JP"/>
        </w:rPr>
        <w:br/>
      </w:r>
      <w:r w:rsidR="00D241C0" w:rsidRPr="009833C2">
        <w:rPr>
          <w:rFonts w:ascii="メイリオ" w:eastAsia="メイリオ" w:hAnsi="メイリオ" w:hint="eastAsia"/>
          <w:color w:val="000000" w:themeColor="text1"/>
          <w:sz w:val="20"/>
          <w:szCs w:val="20"/>
          <w:lang w:eastAsia="ja-JP"/>
        </w:rPr>
        <w:t>ご提供いただいた情報は、実車評価及び安全運転指導にのみ使用し、適切に管理いたします。</w:t>
      </w:r>
      <w:r w:rsidRPr="009833C2">
        <w:rPr>
          <w:rFonts w:ascii="メイリオ" w:eastAsia="メイリオ" w:hAnsi="メイリオ"/>
          <w:color w:val="000000" w:themeColor="text1"/>
          <w:sz w:val="20"/>
          <w:szCs w:val="20"/>
          <w:lang w:eastAsia="ja-JP"/>
        </w:rPr>
        <w:br/>
        <w:t>ご記入後、本シートのみをそのままFAX</w:t>
      </w:r>
      <w:r w:rsidR="00CE0586">
        <w:rPr>
          <w:rFonts w:ascii="メイリオ" w:eastAsia="メイリオ" w:hAnsi="メイリオ" w:hint="eastAsia"/>
          <w:color w:val="000000" w:themeColor="text1"/>
          <w:sz w:val="20"/>
          <w:szCs w:val="20"/>
          <w:lang w:eastAsia="ja-JP"/>
        </w:rPr>
        <w:t>またはメール</w:t>
      </w:r>
      <w:r w:rsidRPr="009833C2">
        <w:rPr>
          <w:rFonts w:ascii="メイリオ" w:eastAsia="メイリオ" w:hAnsi="メイリオ"/>
          <w:color w:val="000000" w:themeColor="text1"/>
          <w:sz w:val="20"/>
          <w:szCs w:val="20"/>
          <w:lang w:eastAsia="ja-JP"/>
        </w:rPr>
        <w:t>にてご送信ください。</w:t>
      </w:r>
    </w:p>
    <w:p w14:paraId="12D3BECD" w14:textId="73E31293" w:rsidR="00AD6F45" w:rsidRPr="009833C2" w:rsidRDefault="00000000" w:rsidP="009833C2">
      <w:pPr>
        <w:spacing w:before="240"/>
        <w:rPr>
          <w:color w:val="000000" w:themeColor="text1"/>
          <w:sz w:val="22"/>
          <w:lang w:eastAsia="ja-JP"/>
        </w:rPr>
      </w:pPr>
      <w:r w:rsidRPr="009833C2">
        <w:rPr>
          <w:b/>
          <w:color w:val="000000" w:themeColor="text1"/>
          <w:sz w:val="22"/>
          <w:lang w:eastAsia="ja-JP"/>
        </w:rPr>
        <w:t xml:space="preserve">1. </w:t>
      </w:r>
      <w:r w:rsidRPr="009833C2">
        <w:rPr>
          <w:b/>
          <w:color w:val="000000" w:themeColor="text1"/>
          <w:sz w:val="22"/>
          <w:lang w:eastAsia="ja-JP"/>
        </w:rPr>
        <w:t>ご紹介元医療機関・ご担当者様情報</w:t>
      </w:r>
    </w:p>
    <w:tbl>
      <w:tblPr>
        <w:tblStyle w:val="afe"/>
        <w:tblW w:w="0" w:type="auto"/>
        <w:tblLayout w:type="fixed"/>
        <w:tblLook w:val="04A0" w:firstRow="1" w:lastRow="0" w:firstColumn="1" w:lastColumn="0" w:noHBand="0" w:noVBand="1"/>
      </w:tblPr>
      <w:tblGrid>
        <w:gridCol w:w="5082"/>
        <w:gridCol w:w="4998"/>
      </w:tblGrid>
      <w:tr w:rsidR="00D241C0" w:rsidRPr="009833C2" w14:paraId="1CAB2DFF" w14:textId="77777777" w:rsidTr="009833C2">
        <w:trPr>
          <w:trHeight w:val="697"/>
        </w:trPr>
        <w:tc>
          <w:tcPr>
            <w:tcW w:w="508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96C24A" w14:textId="77777777" w:rsidR="00D241C0" w:rsidRPr="009833C2" w:rsidRDefault="00D241C0">
            <w:pPr>
              <w:rPr>
                <w:color w:val="000000" w:themeColor="text1"/>
                <w:lang w:eastAsia="ja-JP"/>
              </w:rPr>
            </w:pPr>
            <w:proofErr w:type="spellStart"/>
            <w:r w:rsidRPr="009833C2">
              <w:rPr>
                <w:color w:val="000000" w:themeColor="text1"/>
              </w:rPr>
              <w:t>病院・施設名</w:t>
            </w:r>
            <w:proofErr w:type="spellEnd"/>
            <w:r w:rsidRPr="009833C2">
              <w:rPr>
                <w:color w:val="000000" w:themeColor="text1"/>
              </w:rPr>
              <w:t>：</w:t>
            </w:r>
          </w:p>
          <w:p w14:paraId="604B71B9" w14:textId="77777777" w:rsidR="00820F9D" w:rsidRPr="009833C2" w:rsidRDefault="00820F9D">
            <w:pPr>
              <w:rPr>
                <w:color w:val="000000" w:themeColor="text1"/>
                <w:lang w:eastAsia="ja-JP"/>
              </w:rPr>
            </w:pPr>
          </w:p>
        </w:tc>
        <w:tc>
          <w:tcPr>
            <w:tcW w:w="4998" w:type="dxa"/>
          </w:tcPr>
          <w:p w14:paraId="777B0AC0" w14:textId="77777777" w:rsidR="00D241C0" w:rsidRPr="009833C2" w:rsidRDefault="00D241C0">
            <w:pPr>
              <w:rPr>
                <w:color w:val="000000" w:themeColor="text1"/>
                <w:lang w:eastAsia="ja-JP"/>
              </w:rPr>
            </w:pPr>
            <w:r w:rsidRPr="009833C2">
              <w:rPr>
                <w:rFonts w:hint="eastAsia"/>
                <w:color w:val="000000" w:themeColor="text1"/>
                <w:lang w:eastAsia="ja-JP"/>
              </w:rPr>
              <w:t>担当診療科：</w:t>
            </w:r>
          </w:p>
          <w:p w14:paraId="38B9A769" w14:textId="31DE88D9" w:rsidR="00820F9D" w:rsidRPr="009833C2" w:rsidRDefault="00820F9D">
            <w:pPr>
              <w:rPr>
                <w:color w:val="000000" w:themeColor="text1"/>
                <w:lang w:eastAsia="ja-JP"/>
              </w:rPr>
            </w:pPr>
          </w:p>
        </w:tc>
      </w:tr>
      <w:tr w:rsidR="00D241C0" w:rsidRPr="009833C2" w14:paraId="37DA1E40" w14:textId="77777777" w:rsidTr="009833C2">
        <w:trPr>
          <w:trHeight w:val="681"/>
        </w:trPr>
        <w:tc>
          <w:tcPr>
            <w:tcW w:w="508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767A86" w14:textId="77777777" w:rsidR="00D241C0" w:rsidRPr="009833C2" w:rsidRDefault="00D241C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ご担当医師名：</w:t>
            </w:r>
          </w:p>
          <w:p w14:paraId="6E105CBC" w14:textId="58C94A20" w:rsidR="00820F9D" w:rsidRPr="009833C2" w:rsidRDefault="00820F9D">
            <w:pPr>
              <w:rPr>
                <w:color w:val="000000" w:themeColor="text1"/>
                <w:lang w:eastAsia="ja-JP"/>
              </w:rPr>
            </w:pPr>
          </w:p>
        </w:tc>
        <w:tc>
          <w:tcPr>
            <w:tcW w:w="4998" w:type="dxa"/>
          </w:tcPr>
          <w:p w14:paraId="74AB12AA" w14:textId="77777777" w:rsidR="00D241C0" w:rsidRPr="009833C2" w:rsidRDefault="00D241C0">
            <w:pPr>
              <w:rPr>
                <w:color w:val="000000" w:themeColor="text1"/>
                <w:lang w:eastAsia="ja-JP"/>
              </w:rPr>
            </w:pPr>
            <w:r w:rsidRPr="009833C2">
              <w:rPr>
                <w:rFonts w:hint="eastAsia"/>
                <w:color w:val="000000" w:themeColor="text1"/>
                <w:lang w:eastAsia="ja-JP"/>
              </w:rPr>
              <w:t>ご担当</w:t>
            </w:r>
            <w:r w:rsidRPr="009833C2">
              <w:rPr>
                <w:rFonts w:hint="eastAsia"/>
                <w:color w:val="000000" w:themeColor="text1"/>
                <w:lang w:eastAsia="ja-JP"/>
              </w:rPr>
              <w:t>OT</w:t>
            </w:r>
            <w:r w:rsidRPr="009833C2">
              <w:rPr>
                <w:rFonts w:hint="eastAsia"/>
                <w:color w:val="000000" w:themeColor="text1"/>
                <w:lang w:eastAsia="ja-JP"/>
              </w:rPr>
              <w:t>名：</w:t>
            </w:r>
          </w:p>
          <w:p w14:paraId="65F2B305" w14:textId="61650CC6" w:rsidR="00820F9D" w:rsidRPr="009833C2" w:rsidRDefault="00820F9D">
            <w:pPr>
              <w:rPr>
                <w:color w:val="000000" w:themeColor="text1"/>
                <w:lang w:eastAsia="ja-JP"/>
              </w:rPr>
            </w:pPr>
          </w:p>
        </w:tc>
      </w:tr>
      <w:tr w:rsidR="00D241C0" w:rsidRPr="009833C2" w14:paraId="6706C4DA" w14:textId="77777777" w:rsidTr="009833C2">
        <w:trPr>
          <w:trHeight w:val="679"/>
        </w:trPr>
        <w:tc>
          <w:tcPr>
            <w:tcW w:w="508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EA9AC" w14:textId="77777777" w:rsidR="00D241C0" w:rsidRPr="009833C2" w:rsidRDefault="00820F9D">
            <w:pPr>
              <w:rPr>
                <w:color w:val="000000" w:themeColor="text1"/>
                <w:lang w:eastAsia="ja-JP"/>
              </w:rPr>
            </w:pPr>
            <w:r w:rsidRPr="009833C2">
              <w:rPr>
                <w:rFonts w:hint="eastAsia"/>
                <w:color w:val="000000" w:themeColor="text1"/>
                <w:lang w:eastAsia="ja-JP"/>
              </w:rPr>
              <w:t>連絡先</w:t>
            </w:r>
            <w:proofErr w:type="spellStart"/>
            <w:r w:rsidR="00D241C0" w:rsidRPr="009833C2">
              <w:rPr>
                <w:color w:val="000000" w:themeColor="text1"/>
              </w:rPr>
              <w:t>電話番号</w:t>
            </w:r>
            <w:proofErr w:type="spellEnd"/>
            <w:r w:rsidR="00D241C0" w:rsidRPr="009833C2">
              <w:rPr>
                <w:color w:val="000000" w:themeColor="text1"/>
              </w:rPr>
              <w:t>：</w:t>
            </w:r>
          </w:p>
          <w:p w14:paraId="45C75883" w14:textId="22A54314" w:rsidR="00820F9D" w:rsidRPr="009833C2" w:rsidRDefault="00820F9D">
            <w:pPr>
              <w:rPr>
                <w:color w:val="000000" w:themeColor="text1"/>
                <w:lang w:eastAsia="ja-JP"/>
              </w:rPr>
            </w:pPr>
          </w:p>
        </w:tc>
        <w:tc>
          <w:tcPr>
            <w:tcW w:w="4998" w:type="dxa"/>
          </w:tcPr>
          <w:p w14:paraId="4C3EF800" w14:textId="77777777" w:rsidR="00D241C0" w:rsidRPr="009833C2" w:rsidRDefault="00820F9D">
            <w:pPr>
              <w:rPr>
                <w:color w:val="000000" w:themeColor="text1"/>
                <w:lang w:eastAsia="ja-JP"/>
              </w:rPr>
            </w:pPr>
            <w:r w:rsidRPr="009833C2">
              <w:rPr>
                <w:rFonts w:hint="eastAsia"/>
                <w:color w:val="000000" w:themeColor="text1"/>
                <w:lang w:eastAsia="ja-JP"/>
              </w:rPr>
              <w:t>連絡先</w:t>
            </w:r>
            <w:r w:rsidR="00D241C0" w:rsidRPr="009833C2">
              <w:rPr>
                <w:rFonts w:hint="eastAsia"/>
                <w:color w:val="000000" w:themeColor="text1"/>
                <w:lang w:eastAsia="ja-JP"/>
              </w:rPr>
              <w:t>メールアドレス：</w:t>
            </w:r>
          </w:p>
          <w:p w14:paraId="3B70B3F8" w14:textId="542FD69B" w:rsidR="00820F9D" w:rsidRPr="009833C2" w:rsidRDefault="00820F9D">
            <w:pPr>
              <w:rPr>
                <w:color w:val="000000" w:themeColor="text1"/>
                <w:lang w:eastAsia="ja-JP"/>
              </w:rPr>
            </w:pPr>
          </w:p>
        </w:tc>
      </w:tr>
    </w:tbl>
    <w:p w14:paraId="09BADAE8" w14:textId="77777777" w:rsidR="00AD6F45" w:rsidRPr="009833C2" w:rsidRDefault="00AD6F45">
      <w:pPr>
        <w:rPr>
          <w:color w:val="000000" w:themeColor="text1"/>
          <w:lang w:eastAsia="ja-JP"/>
        </w:rPr>
      </w:pPr>
    </w:p>
    <w:p w14:paraId="606CA57C" w14:textId="3AC26A50" w:rsidR="00AD6F45" w:rsidRPr="009833C2" w:rsidRDefault="00000000">
      <w:pPr>
        <w:rPr>
          <w:color w:val="000000" w:themeColor="text1"/>
          <w:sz w:val="22"/>
        </w:rPr>
      </w:pPr>
      <w:r w:rsidRPr="009833C2">
        <w:rPr>
          <w:b/>
          <w:color w:val="000000" w:themeColor="text1"/>
          <w:sz w:val="22"/>
        </w:rPr>
        <w:t xml:space="preserve">2. </w:t>
      </w:r>
      <w:proofErr w:type="spellStart"/>
      <w:r w:rsidRPr="009833C2">
        <w:rPr>
          <w:b/>
          <w:color w:val="000000" w:themeColor="text1"/>
          <w:sz w:val="22"/>
        </w:rPr>
        <w:t>対象患者様情報</w:t>
      </w:r>
      <w:proofErr w:type="spellEnd"/>
    </w:p>
    <w:tbl>
      <w:tblPr>
        <w:tblStyle w:val="afe"/>
        <w:tblW w:w="0" w:type="auto"/>
        <w:tblLayout w:type="fixed"/>
        <w:tblLook w:val="04A0" w:firstRow="1" w:lastRow="0" w:firstColumn="1" w:lastColumn="0" w:noHBand="0" w:noVBand="1"/>
      </w:tblPr>
      <w:tblGrid>
        <w:gridCol w:w="5082"/>
        <w:gridCol w:w="4998"/>
      </w:tblGrid>
      <w:tr w:rsidR="00AD6F45" w:rsidRPr="009833C2" w14:paraId="63D440D4" w14:textId="77777777" w:rsidTr="009833C2">
        <w:trPr>
          <w:trHeight w:val="685"/>
        </w:trPr>
        <w:tc>
          <w:tcPr>
            <w:tcW w:w="508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4CAB16" w14:textId="77777777" w:rsidR="00AD6F45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お名前</w:t>
            </w:r>
            <w:r w:rsidRPr="009833C2">
              <w:rPr>
                <w:color w:val="000000" w:themeColor="text1"/>
                <w:lang w:eastAsia="ja-JP"/>
              </w:rPr>
              <w:t>(</w:t>
            </w:r>
            <w:r w:rsidRPr="009833C2">
              <w:rPr>
                <w:color w:val="000000" w:themeColor="text1"/>
                <w:lang w:eastAsia="ja-JP"/>
              </w:rPr>
              <w:t>フリガナ</w:t>
            </w:r>
            <w:r w:rsidRPr="009833C2">
              <w:rPr>
                <w:color w:val="000000" w:themeColor="text1"/>
                <w:lang w:eastAsia="ja-JP"/>
              </w:rPr>
              <w:t>)</w:t>
            </w:r>
            <w:r w:rsidRPr="009833C2">
              <w:rPr>
                <w:color w:val="000000" w:themeColor="text1"/>
                <w:lang w:eastAsia="ja-JP"/>
              </w:rPr>
              <w:t>：</w:t>
            </w:r>
          </w:p>
          <w:p w14:paraId="43157085" w14:textId="230C4376" w:rsidR="00820F9D" w:rsidRPr="009833C2" w:rsidRDefault="00820F9D">
            <w:pPr>
              <w:rPr>
                <w:color w:val="000000" w:themeColor="text1"/>
                <w:lang w:eastAsia="ja-JP"/>
              </w:rPr>
            </w:pPr>
          </w:p>
        </w:tc>
        <w:tc>
          <w:tcPr>
            <w:tcW w:w="499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A7C6E" w14:textId="690D384E" w:rsidR="00AD6F45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性別：</w:t>
            </w:r>
            <w:r w:rsidR="00EF0463" w:rsidRPr="009833C2">
              <w:rPr>
                <w:rFonts w:hint="eastAsia"/>
                <w:color w:val="000000" w:themeColor="text1"/>
                <w:lang w:eastAsia="ja-JP"/>
              </w:rPr>
              <w:t xml:space="preserve">　</w:t>
            </w:r>
            <w:r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-8323650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334E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D241C0" w:rsidRPr="009833C2">
              <w:rPr>
                <w:rFonts w:hint="eastAsia"/>
                <w:color w:val="000000" w:themeColor="text1"/>
                <w:lang w:eastAsia="ja-JP"/>
              </w:rPr>
              <w:t xml:space="preserve">　</w:t>
            </w:r>
            <w:r w:rsidRPr="009833C2">
              <w:rPr>
                <w:color w:val="000000" w:themeColor="text1"/>
                <w:lang w:eastAsia="ja-JP"/>
              </w:rPr>
              <w:t>男</w:t>
            </w:r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="00D241C0" w:rsidRPr="009833C2">
              <w:rPr>
                <w:rFonts w:hint="eastAsia"/>
                <w:color w:val="000000" w:themeColor="text1"/>
                <w:lang w:eastAsia="ja-JP"/>
              </w:rPr>
              <w:t xml:space="preserve">　</w:t>
            </w:r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・</w:t>
            </w:r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="00D241C0" w:rsidRPr="009833C2">
              <w:rPr>
                <w:rFonts w:hint="eastAsia"/>
                <w:color w:val="000000" w:themeColor="text1"/>
                <w:lang w:eastAsia="ja-JP"/>
              </w:rPr>
              <w:t xml:space="preserve">　</w:t>
            </w:r>
            <w:sdt>
              <w:sdtPr>
                <w:rPr>
                  <w:rFonts w:hint="eastAsia"/>
                  <w:color w:val="000000" w:themeColor="text1"/>
                  <w:lang w:eastAsia="ja-JP"/>
                </w:rPr>
                <w:id w:val="-5716567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F0463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女</w:t>
            </w:r>
          </w:p>
        </w:tc>
      </w:tr>
      <w:tr w:rsidR="00AD6F45" w:rsidRPr="009833C2" w14:paraId="42887363" w14:textId="77777777" w:rsidTr="009833C2">
        <w:trPr>
          <w:trHeight w:val="825"/>
        </w:trPr>
        <w:tc>
          <w:tcPr>
            <w:tcW w:w="508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F104F" w14:textId="22E48E72" w:rsidR="00EF0463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生年月日：</w:t>
            </w:r>
            <w:sdt>
              <w:sdtPr>
                <w:rPr>
                  <w:rFonts w:hint="eastAsia"/>
                  <w:color w:val="000000" w:themeColor="text1"/>
                  <w:lang w:eastAsia="ja-JP"/>
                </w:rPr>
                <w:id w:val="13872270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334E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昭和</w:t>
            </w:r>
            <w:r w:rsidR="00EF0463" w:rsidRPr="009833C2">
              <w:rPr>
                <w:rFonts w:hint="eastAsia"/>
                <w:color w:val="000000" w:themeColor="text1"/>
                <w:lang w:eastAsia="ja-JP"/>
              </w:rPr>
              <w:t xml:space="preserve">　</w:t>
            </w:r>
            <w:sdt>
              <w:sdtPr>
                <w:rPr>
                  <w:rFonts w:hint="eastAsia"/>
                  <w:color w:val="000000" w:themeColor="text1"/>
                  <w:lang w:eastAsia="ja-JP"/>
                </w:rPr>
                <w:id w:val="-427601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F0463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>平成</w:t>
            </w:r>
          </w:p>
          <w:p w14:paraId="65D1A00F" w14:textId="77777777" w:rsidR="009833C2" w:rsidRPr="009833C2" w:rsidRDefault="009833C2">
            <w:pPr>
              <w:rPr>
                <w:color w:val="000000" w:themeColor="text1"/>
                <w:lang w:eastAsia="ja-JP"/>
              </w:rPr>
            </w:pPr>
          </w:p>
          <w:p w14:paraId="60C8000C" w14:textId="0925C6B3" w:rsidR="00AD6F45" w:rsidRPr="009833C2" w:rsidRDefault="00000000" w:rsidP="009833C2">
            <w:pPr>
              <w:ind w:firstLineChars="900" w:firstLine="1620"/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 xml:space="preserve">　年　　</w:t>
            </w:r>
            <w:r w:rsidR="009833C2" w:rsidRPr="009833C2">
              <w:rPr>
                <w:rFonts w:hint="eastAsia"/>
                <w:color w:val="000000" w:themeColor="text1"/>
                <w:lang w:eastAsia="ja-JP"/>
              </w:rPr>
              <w:t xml:space="preserve">　</w:t>
            </w:r>
            <w:r w:rsidRPr="009833C2">
              <w:rPr>
                <w:color w:val="000000" w:themeColor="text1"/>
                <w:lang w:eastAsia="ja-JP"/>
              </w:rPr>
              <w:t xml:space="preserve">月　</w:t>
            </w:r>
            <w:r w:rsidR="009833C2" w:rsidRPr="009833C2">
              <w:rPr>
                <w:rFonts w:hint="eastAsia"/>
                <w:color w:val="000000" w:themeColor="text1"/>
                <w:lang w:eastAsia="ja-JP"/>
              </w:rPr>
              <w:t xml:space="preserve">　</w:t>
            </w:r>
            <w:r w:rsidRPr="009833C2">
              <w:rPr>
                <w:color w:val="000000" w:themeColor="text1"/>
                <w:lang w:eastAsia="ja-JP"/>
              </w:rPr>
              <w:t xml:space="preserve">　日</w:t>
            </w:r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="00EF0463" w:rsidRP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Pr="009833C2">
              <w:rPr>
                <w:color w:val="000000" w:themeColor="text1"/>
                <w:lang w:eastAsia="ja-JP"/>
              </w:rPr>
              <w:t>満</w:t>
            </w:r>
            <w:r w:rsidR="009833C2" w:rsidRPr="009833C2">
              <w:rPr>
                <w:rFonts w:hint="eastAsia"/>
                <w:color w:val="000000" w:themeColor="text1"/>
                <w:lang w:eastAsia="ja-JP"/>
              </w:rPr>
              <w:t xml:space="preserve">　</w:t>
            </w:r>
            <w:r w:rsidRPr="009833C2">
              <w:rPr>
                <w:color w:val="000000" w:themeColor="text1"/>
                <w:lang w:eastAsia="ja-JP"/>
              </w:rPr>
              <w:t xml:space="preserve">　　歳</w:t>
            </w:r>
            <w:r w:rsidR="00EF0463" w:rsidRPr="009833C2">
              <w:rPr>
                <w:rFonts w:hint="eastAsia"/>
                <w:color w:val="000000" w:themeColor="text1"/>
                <w:lang w:eastAsia="ja-JP"/>
              </w:rPr>
              <w:t>）</w:t>
            </w:r>
          </w:p>
        </w:tc>
        <w:tc>
          <w:tcPr>
            <w:tcW w:w="499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3F4780" w14:textId="77777777" w:rsidR="00AD6F45" w:rsidRPr="009833C2" w:rsidRDefault="00000000">
            <w:pPr>
              <w:rPr>
                <w:color w:val="000000" w:themeColor="text1"/>
                <w:lang w:eastAsia="ja-JP"/>
              </w:rPr>
            </w:pPr>
            <w:proofErr w:type="spellStart"/>
            <w:r w:rsidRPr="009833C2">
              <w:rPr>
                <w:color w:val="000000" w:themeColor="text1"/>
              </w:rPr>
              <w:t>ご連絡先電話番号</w:t>
            </w:r>
            <w:proofErr w:type="spellEnd"/>
            <w:r w:rsidRPr="009833C2">
              <w:rPr>
                <w:color w:val="000000" w:themeColor="text1"/>
              </w:rPr>
              <w:t>：</w:t>
            </w:r>
          </w:p>
          <w:p w14:paraId="73B6AFF0" w14:textId="77777777" w:rsidR="00820F9D" w:rsidRPr="009833C2" w:rsidRDefault="00820F9D">
            <w:pPr>
              <w:rPr>
                <w:color w:val="000000" w:themeColor="text1"/>
                <w:lang w:eastAsia="ja-JP"/>
              </w:rPr>
            </w:pPr>
          </w:p>
        </w:tc>
      </w:tr>
      <w:tr w:rsidR="00AD6F45" w:rsidRPr="009833C2" w14:paraId="1ADDE14E" w14:textId="77777777" w:rsidTr="009833C2">
        <w:trPr>
          <w:trHeight w:val="699"/>
        </w:trPr>
        <w:tc>
          <w:tcPr>
            <w:tcW w:w="508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F28EB1" w14:textId="77777777" w:rsidR="00AD6F45" w:rsidRPr="009833C2" w:rsidRDefault="00000000">
            <w:pPr>
              <w:rPr>
                <w:color w:val="000000" w:themeColor="text1"/>
                <w:lang w:eastAsia="ja-JP"/>
              </w:rPr>
            </w:pPr>
            <w:proofErr w:type="spellStart"/>
            <w:r w:rsidRPr="009833C2">
              <w:rPr>
                <w:color w:val="000000" w:themeColor="text1"/>
              </w:rPr>
              <w:t>ご住所</w:t>
            </w:r>
            <w:proofErr w:type="spellEnd"/>
            <w:r w:rsidRPr="009833C2">
              <w:rPr>
                <w:color w:val="000000" w:themeColor="text1"/>
              </w:rPr>
              <w:t>：</w:t>
            </w:r>
          </w:p>
          <w:p w14:paraId="07BF77B5" w14:textId="77777777" w:rsidR="00820F9D" w:rsidRPr="009833C2" w:rsidRDefault="00820F9D">
            <w:pPr>
              <w:rPr>
                <w:color w:val="000000" w:themeColor="text1"/>
                <w:lang w:eastAsia="ja-JP"/>
              </w:rPr>
            </w:pPr>
          </w:p>
        </w:tc>
        <w:tc>
          <w:tcPr>
            <w:tcW w:w="499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A80093" w14:textId="77777777" w:rsidR="00AD6F45" w:rsidRPr="009833C2" w:rsidRDefault="00000000">
            <w:pPr>
              <w:rPr>
                <w:color w:val="000000" w:themeColor="text1"/>
                <w:lang w:eastAsia="ja-JP"/>
              </w:rPr>
            </w:pPr>
            <w:proofErr w:type="spellStart"/>
            <w:r w:rsidRPr="009833C2">
              <w:rPr>
                <w:color w:val="000000" w:themeColor="text1"/>
              </w:rPr>
              <w:t>主要診断名</w:t>
            </w:r>
            <w:proofErr w:type="spellEnd"/>
            <w:r w:rsidRPr="009833C2">
              <w:rPr>
                <w:color w:val="000000" w:themeColor="text1"/>
              </w:rPr>
              <w:t>：</w:t>
            </w:r>
          </w:p>
          <w:p w14:paraId="57600CF4" w14:textId="77777777" w:rsidR="00820F9D" w:rsidRPr="009833C2" w:rsidRDefault="00820F9D">
            <w:pPr>
              <w:rPr>
                <w:color w:val="000000" w:themeColor="text1"/>
                <w:lang w:eastAsia="ja-JP"/>
              </w:rPr>
            </w:pPr>
          </w:p>
        </w:tc>
      </w:tr>
    </w:tbl>
    <w:p w14:paraId="4D19400E" w14:textId="77777777" w:rsidR="00AD6F45" w:rsidRPr="009833C2" w:rsidRDefault="00AD6F45">
      <w:pPr>
        <w:rPr>
          <w:color w:val="000000" w:themeColor="text1"/>
        </w:rPr>
      </w:pPr>
    </w:p>
    <w:p w14:paraId="5CBB474E" w14:textId="63704CA2" w:rsidR="00AD6F45" w:rsidRPr="009833C2" w:rsidRDefault="00000000">
      <w:pPr>
        <w:rPr>
          <w:color w:val="000000" w:themeColor="text1"/>
          <w:sz w:val="22"/>
          <w:lang w:eastAsia="ja-JP"/>
        </w:rPr>
      </w:pPr>
      <w:r w:rsidRPr="009833C2">
        <w:rPr>
          <w:b/>
          <w:color w:val="000000" w:themeColor="text1"/>
          <w:sz w:val="22"/>
          <w:lang w:eastAsia="ja-JP"/>
        </w:rPr>
        <w:t xml:space="preserve">3. </w:t>
      </w:r>
      <w:r w:rsidRPr="009833C2">
        <w:rPr>
          <w:b/>
          <w:color w:val="000000" w:themeColor="text1"/>
          <w:sz w:val="22"/>
          <w:lang w:eastAsia="ja-JP"/>
        </w:rPr>
        <w:t>免許状況・運転の目的</w:t>
      </w:r>
    </w:p>
    <w:tbl>
      <w:tblPr>
        <w:tblStyle w:val="afe"/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AD6F45" w:rsidRPr="009833C2" w14:paraId="7C0A9961" w14:textId="77777777" w:rsidTr="007C667C">
        <w:trPr>
          <w:trHeight w:val="1047"/>
        </w:trPr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BF2986" w14:textId="5EE8261D" w:rsidR="0034334E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保有免許の</w:t>
            </w:r>
            <w:r w:rsidR="0034334E">
              <w:rPr>
                <w:rFonts w:hint="eastAsia"/>
                <w:color w:val="000000" w:themeColor="text1"/>
                <w:lang w:eastAsia="ja-JP"/>
              </w:rPr>
              <w:t>状態</w:t>
            </w:r>
            <w:r w:rsidRPr="009833C2">
              <w:rPr>
                <w:color w:val="000000" w:themeColor="text1"/>
                <w:lang w:eastAsia="ja-JP"/>
              </w:rPr>
              <w:t>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9843625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F0463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="0034334E">
              <w:rPr>
                <w:rFonts w:hint="eastAsia"/>
                <w:color w:val="000000" w:themeColor="text1"/>
                <w:lang w:eastAsia="ja-JP"/>
              </w:rPr>
              <w:t xml:space="preserve">有効　</w:t>
            </w:r>
            <w:sdt>
              <w:sdtPr>
                <w:rPr>
                  <w:color w:val="000000" w:themeColor="text1"/>
                  <w:lang w:eastAsia="ja-JP"/>
                </w:rPr>
                <w:id w:val="-4940308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F0463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34334E">
              <w:rPr>
                <w:rFonts w:hint="eastAsia"/>
                <w:color w:val="000000" w:themeColor="text1"/>
                <w:lang w:eastAsia="ja-JP"/>
              </w:rPr>
              <w:t xml:space="preserve"> </w:t>
            </w:r>
            <w:r w:rsidR="0034334E">
              <w:rPr>
                <w:rFonts w:hint="eastAsia"/>
                <w:color w:val="000000" w:themeColor="text1"/>
                <w:lang w:eastAsia="ja-JP"/>
              </w:rPr>
              <w:t>失効（有効満了日：　　　　　　　　　）</w:t>
            </w:r>
          </w:p>
          <w:p w14:paraId="6CCA3E00" w14:textId="53A6AC69" w:rsidR="0034334E" w:rsidRDefault="00000000">
            <w:pPr>
              <w:rPr>
                <w:color w:val="000000" w:themeColor="text1"/>
                <w:lang w:eastAsia="ja-JP"/>
              </w:rPr>
            </w:pPr>
            <w:sdt>
              <w:sdtPr>
                <w:rPr>
                  <w:color w:val="000000" w:themeColor="text1"/>
                  <w:lang w:eastAsia="ja-JP"/>
                </w:rPr>
                <w:id w:val="-6635433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334E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34334E">
              <w:rPr>
                <w:rFonts w:hint="eastAsia"/>
                <w:color w:val="000000" w:themeColor="text1"/>
                <w:lang w:eastAsia="ja-JP"/>
              </w:rPr>
              <w:t xml:space="preserve"> </w:t>
            </w:r>
            <w:r w:rsidR="0034334E">
              <w:rPr>
                <w:rFonts w:hint="eastAsia"/>
                <w:color w:val="000000" w:themeColor="text1"/>
                <w:lang w:eastAsia="ja-JP"/>
              </w:rPr>
              <w:t>停止中</w:t>
            </w:r>
          </w:p>
          <w:p w14:paraId="17AB5C98" w14:textId="54FD3D13" w:rsidR="00AD6F45" w:rsidRPr="009833C2" w:rsidRDefault="00000000">
            <w:pPr>
              <w:rPr>
                <w:color w:val="000000" w:themeColor="text1"/>
                <w:lang w:eastAsia="ja-JP"/>
              </w:rPr>
            </w:pPr>
            <w:sdt>
              <w:sdtPr>
                <w:rPr>
                  <w:color w:val="000000" w:themeColor="text1"/>
                  <w:lang w:eastAsia="ja-JP"/>
                </w:rPr>
                <w:id w:val="-17367691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334E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34334E">
              <w:rPr>
                <w:rFonts w:hint="eastAsia"/>
                <w:color w:val="000000" w:themeColor="text1"/>
                <w:lang w:eastAsia="ja-JP"/>
              </w:rPr>
              <w:t xml:space="preserve"> </w:t>
            </w:r>
            <w:r w:rsidR="0034334E">
              <w:rPr>
                <w:rFonts w:hint="eastAsia"/>
                <w:color w:val="000000" w:themeColor="text1"/>
                <w:lang w:eastAsia="ja-JP"/>
              </w:rPr>
              <w:t>取消中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AEBD17" w14:textId="77777777" w:rsidR="00AD6F45" w:rsidRDefault="00000000" w:rsidP="0034334E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病前の運転頻度：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18050421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F0463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ほぼ毎日</w:t>
            </w:r>
            <w:r w:rsidR="0034334E">
              <w:rPr>
                <w:rFonts w:hint="eastAsia"/>
                <w:color w:val="000000" w:themeColor="text1"/>
                <w:lang w:eastAsia="ja-JP"/>
              </w:rPr>
              <w:t xml:space="preserve">　</w:t>
            </w:r>
            <w:sdt>
              <w:sdtPr>
                <w:rPr>
                  <w:color w:val="000000" w:themeColor="text1"/>
                  <w:lang w:eastAsia="ja-JP"/>
                </w:rPr>
                <w:id w:val="7270316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F0463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週</w:t>
            </w:r>
            <w:r w:rsidRPr="009833C2">
              <w:rPr>
                <w:color w:val="000000" w:themeColor="text1"/>
                <w:lang w:eastAsia="ja-JP"/>
              </w:rPr>
              <w:t>2-3</w:t>
            </w:r>
            <w:r w:rsidRPr="009833C2">
              <w:rPr>
                <w:color w:val="000000" w:themeColor="text1"/>
                <w:lang w:eastAsia="ja-JP"/>
              </w:rPr>
              <w:t>回程度</w:t>
            </w:r>
            <w:r w:rsidR="0034334E">
              <w:rPr>
                <w:rFonts w:hint="eastAsia"/>
                <w:color w:val="000000" w:themeColor="text1"/>
                <w:lang w:eastAsia="ja-JP"/>
              </w:rPr>
              <w:t xml:space="preserve">　</w:t>
            </w:r>
            <w:sdt>
              <w:sdtPr>
                <w:rPr>
                  <w:color w:val="000000" w:themeColor="text1"/>
                  <w:lang w:eastAsia="ja-JP"/>
                </w:rPr>
                <w:id w:val="-10021957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F0463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ほとんど不使用</w:t>
            </w:r>
          </w:p>
          <w:p w14:paraId="240C0438" w14:textId="3F38ED7E" w:rsidR="0034334E" w:rsidRPr="009833C2" w:rsidRDefault="00000000" w:rsidP="0034334E">
            <w:pPr>
              <w:rPr>
                <w:color w:val="000000" w:themeColor="text1"/>
                <w:lang w:eastAsia="ja-JP"/>
              </w:rPr>
            </w:pPr>
            <w:sdt>
              <w:sdtPr>
                <w:rPr>
                  <w:color w:val="000000" w:themeColor="text1"/>
                  <w:lang w:eastAsia="ja-JP"/>
                </w:rPr>
                <w:id w:val="-10537683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334E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34334E">
              <w:rPr>
                <w:rFonts w:hint="eastAsia"/>
                <w:color w:val="000000" w:themeColor="text1"/>
                <w:lang w:eastAsia="ja-JP"/>
              </w:rPr>
              <w:t xml:space="preserve"> </w:t>
            </w:r>
            <w:r w:rsidR="0034334E">
              <w:rPr>
                <w:rFonts w:hint="eastAsia"/>
                <w:color w:val="000000" w:themeColor="text1"/>
                <w:lang w:eastAsia="ja-JP"/>
              </w:rPr>
              <w:t>その他（　　　　　　　　　　　　　　　　　　）</w:t>
            </w:r>
          </w:p>
        </w:tc>
      </w:tr>
      <w:tr w:rsidR="00AD6F45" w:rsidRPr="009833C2" w14:paraId="6AAB9B45" w14:textId="77777777" w:rsidTr="0034334E">
        <w:trPr>
          <w:trHeight w:val="1163"/>
        </w:trPr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EAB16A" w14:textId="332D9A74" w:rsidR="00820F9D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再開後の主な運転目的：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13895360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通院</w:t>
            </w:r>
            <w:r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13644860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買い物</w:t>
            </w:r>
            <w:r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4462817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送迎</w:t>
            </w:r>
            <w:r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7162452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仕事</w:t>
            </w:r>
          </w:p>
          <w:p w14:paraId="3DAB118E" w14:textId="4C1A9F79" w:rsidR="00AD6F45" w:rsidRPr="009833C2" w:rsidRDefault="00000000">
            <w:pPr>
              <w:rPr>
                <w:color w:val="000000" w:themeColor="text1"/>
                <w:lang w:eastAsia="ja-JP"/>
              </w:rPr>
            </w:pPr>
            <w:sdt>
              <w:sdtPr>
                <w:rPr>
                  <w:color w:val="000000" w:themeColor="text1"/>
                  <w:lang w:eastAsia="ja-JP"/>
                </w:rPr>
                <w:id w:val="7148576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color w:val="000000" w:themeColor="text1"/>
                <w:lang w:eastAsia="ja-JP"/>
              </w:rPr>
              <w:t>その他</w:t>
            </w:r>
            <w:r w:rsidR="0034334E">
              <w:rPr>
                <w:rFonts w:hint="eastAsia"/>
                <w:color w:val="000000" w:themeColor="text1"/>
                <w:lang w:eastAsia="ja-JP"/>
              </w:rPr>
              <w:t>（</w:t>
            </w:r>
            <w:r w:rsidR="00820F9D" w:rsidRPr="009833C2">
              <w:rPr>
                <w:color w:val="000000" w:themeColor="text1"/>
                <w:lang w:eastAsia="ja-JP"/>
              </w:rPr>
              <w:t xml:space="preserve">　　</w:t>
            </w:r>
            <w:r w:rsidR="0034334E">
              <w:rPr>
                <w:rFonts w:hint="eastAsia"/>
                <w:color w:val="000000" w:themeColor="text1"/>
                <w:lang w:eastAsia="ja-JP"/>
              </w:rPr>
              <w:t xml:space="preserve">　　　　　　　　　　　　　　</w:t>
            </w:r>
            <w:r w:rsidR="00820F9D" w:rsidRPr="009833C2">
              <w:rPr>
                <w:color w:val="000000" w:themeColor="text1"/>
                <w:lang w:eastAsia="ja-JP"/>
              </w:rPr>
              <w:t xml:space="preserve">　　</w:t>
            </w:r>
            <w:r w:rsidR="0034334E">
              <w:rPr>
                <w:rFonts w:hint="eastAsia"/>
                <w:color w:val="000000" w:themeColor="text1"/>
                <w:lang w:eastAsia="ja-JP"/>
              </w:rPr>
              <w:t>）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4111BE" w14:textId="77777777" w:rsidR="0034334E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患者様ご本人の意向：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11895731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自信があり早期再開希望</w:t>
            </w:r>
          </w:p>
          <w:p w14:paraId="66CD3D0A" w14:textId="68BA6818" w:rsidR="00AD6F45" w:rsidRPr="009833C2" w:rsidRDefault="00000000">
            <w:pPr>
              <w:rPr>
                <w:color w:val="000000" w:themeColor="text1"/>
                <w:lang w:eastAsia="ja-JP"/>
              </w:rPr>
            </w:pPr>
            <w:sdt>
              <w:sdtPr>
                <w:rPr>
                  <w:color w:val="000000" w:themeColor="text1"/>
                  <w:lang w:eastAsia="ja-JP"/>
                </w:rPr>
                <w:id w:val="7456210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必要だが不安あり</w:t>
            </w:r>
          </w:p>
        </w:tc>
      </w:tr>
    </w:tbl>
    <w:p w14:paraId="224C4125" w14:textId="77777777" w:rsidR="007C667C" w:rsidRPr="009833C2" w:rsidRDefault="007C667C">
      <w:pPr>
        <w:rPr>
          <w:color w:val="000000" w:themeColor="text1"/>
          <w:lang w:eastAsia="ja-JP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D6F45" w:rsidRPr="009833C2" w14:paraId="156B2B72" w14:textId="77777777">
        <w:trPr>
          <w:jc w:val="center"/>
        </w:trPr>
        <w:tc>
          <w:tcPr>
            <w:tcW w:w="10080" w:type="dxa"/>
            <w:shd w:val="clear" w:color="auto" w:fill="F7FAFC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0233CB1" w14:textId="77777777" w:rsidR="00AD6F45" w:rsidRPr="009833C2" w:rsidRDefault="00000000">
            <w:pPr>
              <w:jc w:val="center"/>
              <w:rPr>
                <w:color w:val="000000" w:themeColor="text1"/>
                <w:sz w:val="20"/>
                <w:szCs w:val="20"/>
                <w:lang w:eastAsia="ja-JP"/>
              </w:rPr>
            </w:pPr>
            <w:r w:rsidRPr="009833C2">
              <w:rPr>
                <w:b/>
                <w:color w:val="000000" w:themeColor="text1"/>
                <w:sz w:val="20"/>
                <w:szCs w:val="20"/>
                <w:lang w:eastAsia="ja-JP"/>
              </w:rPr>
              <w:t>【個人情報の提供に関する患者様・ご家族様の同意】</w:t>
            </w:r>
          </w:p>
          <w:p w14:paraId="35EB016D" w14:textId="7D30E691" w:rsidR="00EF0463" w:rsidRPr="009833C2" w:rsidRDefault="00000000" w:rsidP="00EF0463">
            <w:pPr>
              <w:spacing w:line="240" w:lineRule="auto"/>
              <w:rPr>
                <w:color w:val="000000" w:themeColor="text1"/>
                <w:szCs w:val="18"/>
                <w:lang w:eastAsia="ja-JP"/>
              </w:rPr>
            </w:pPr>
            <w:r w:rsidRPr="009833C2">
              <w:rPr>
                <w:color w:val="000000" w:themeColor="text1"/>
                <w:szCs w:val="18"/>
                <w:lang w:eastAsia="ja-JP"/>
              </w:rPr>
              <w:t>私は、安全な自動車運転再開に向けた実車能力評価・エビデンス収集を目的として、上記医療機関が保有する私の身体機能・高次脳機能等の必要な医療情報が、株式会社</w:t>
            </w:r>
            <w:r w:rsidRPr="009833C2">
              <w:rPr>
                <w:color w:val="000000" w:themeColor="text1"/>
                <w:szCs w:val="18"/>
                <w:lang w:eastAsia="ja-JP"/>
              </w:rPr>
              <w:t>DA</w:t>
            </w:r>
            <w:r w:rsidRPr="009833C2">
              <w:rPr>
                <w:color w:val="000000" w:themeColor="text1"/>
                <w:szCs w:val="18"/>
                <w:lang w:eastAsia="ja-JP"/>
              </w:rPr>
              <w:t>サポートに提供されることに同意します。</w:t>
            </w:r>
          </w:p>
          <w:p w14:paraId="3CE9D132" w14:textId="77777777" w:rsidR="00EF0463" w:rsidRPr="009833C2" w:rsidRDefault="00EF0463" w:rsidP="00EF0463">
            <w:pPr>
              <w:spacing w:line="240" w:lineRule="auto"/>
              <w:rPr>
                <w:color w:val="000000" w:themeColor="text1"/>
                <w:lang w:eastAsia="ja-JP"/>
              </w:rPr>
            </w:pPr>
          </w:p>
          <w:p w14:paraId="24EB0977" w14:textId="1E5A56BB" w:rsidR="00EF0463" w:rsidRPr="009833C2" w:rsidRDefault="00000000" w:rsidP="00820F9D">
            <w:pPr>
              <w:spacing w:line="240" w:lineRule="auto"/>
              <w:ind w:firstLineChars="200" w:firstLine="381"/>
              <w:rPr>
                <w:b/>
                <w:color w:val="000000" w:themeColor="text1"/>
                <w:sz w:val="19"/>
                <w:lang w:eastAsia="ja-JP"/>
              </w:rPr>
            </w:pPr>
            <w:r w:rsidRPr="009833C2">
              <w:rPr>
                <w:b/>
                <w:color w:val="000000" w:themeColor="text1"/>
                <w:sz w:val="19"/>
                <w:lang w:eastAsia="ja-JP"/>
              </w:rPr>
              <w:t xml:space="preserve">同意日：令和　</w:t>
            </w:r>
            <w:r w:rsidR="00820F9D" w:rsidRPr="009833C2">
              <w:rPr>
                <w:rFonts w:hint="eastAsia"/>
                <w:b/>
                <w:color w:val="000000" w:themeColor="text1"/>
                <w:sz w:val="19"/>
                <w:lang w:eastAsia="ja-JP"/>
              </w:rPr>
              <w:t xml:space="preserve">　</w:t>
            </w:r>
            <w:r w:rsidRPr="009833C2">
              <w:rPr>
                <w:b/>
                <w:color w:val="000000" w:themeColor="text1"/>
                <w:sz w:val="19"/>
                <w:lang w:eastAsia="ja-JP"/>
              </w:rPr>
              <w:t xml:space="preserve">　年　</w:t>
            </w:r>
            <w:r w:rsidR="00820F9D" w:rsidRPr="009833C2">
              <w:rPr>
                <w:rFonts w:hint="eastAsia"/>
                <w:b/>
                <w:color w:val="000000" w:themeColor="text1"/>
                <w:sz w:val="19"/>
                <w:lang w:eastAsia="ja-JP"/>
              </w:rPr>
              <w:t xml:space="preserve">　</w:t>
            </w:r>
            <w:r w:rsidRPr="009833C2">
              <w:rPr>
                <w:b/>
                <w:color w:val="000000" w:themeColor="text1"/>
                <w:sz w:val="19"/>
                <w:lang w:eastAsia="ja-JP"/>
              </w:rPr>
              <w:t xml:space="preserve">　月　</w:t>
            </w:r>
            <w:r w:rsidR="00820F9D" w:rsidRPr="009833C2">
              <w:rPr>
                <w:rFonts w:hint="eastAsia"/>
                <w:b/>
                <w:color w:val="000000" w:themeColor="text1"/>
                <w:sz w:val="19"/>
                <w:lang w:eastAsia="ja-JP"/>
              </w:rPr>
              <w:t xml:space="preserve">　</w:t>
            </w:r>
            <w:r w:rsidRPr="009833C2">
              <w:rPr>
                <w:b/>
                <w:color w:val="000000" w:themeColor="text1"/>
                <w:sz w:val="19"/>
                <w:lang w:eastAsia="ja-JP"/>
              </w:rPr>
              <w:t xml:space="preserve">　日</w:t>
            </w:r>
          </w:p>
          <w:p w14:paraId="1A60F2AC" w14:textId="77777777" w:rsidR="00820F9D" w:rsidRPr="009833C2" w:rsidRDefault="00820F9D" w:rsidP="00EF0463">
            <w:pPr>
              <w:spacing w:line="240" w:lineRule="auto"/>
              <w:rPr>
                <w:color w:val="000000" w:themeColor="text1"/>
                <w:lang w:eastAsia="ja-JP"/>
              </w:rPr>
            </w:pPr>
          </w:p>
          <w:p w14:paraId="2D6EF9A0" w14:textId="5723576B" w:rsidR="00AD6F45" w:rsidRPr="009833C2" w:rsidRDefault="00000000" w:rsidP="00EF0463">
            <w:pPr>
              <w:spacing w:line="480" w:lineRule="auto"/>
              <w:rPr>
                <w:color w:val="000000" w:themeColor="text1"/>
                <w:lang w:eastAsia="ja-JP"/>
              </w:rPr>
            </w:pPr>
            <w:r w:rsidRPr="009833C2">
              <w:rPr>
                <w:b/>
                <w:color w:val="000000" w:themeColor="text1"/>
                <w:sz w:val="19"/>
                <w:lang w:eastAsia="ja-JP"/>
              </w:rPr>
              <w:t xml:space="preserve">　　ご署名：　　　　　　　　　　</w:t>
            </w:r>
            <w:r w:rsidR="00EF0463" w:rsidRPr="009833C2">
              <w:rPr>
                <w:rFonts w:hint="eastAsia"/>
                <w:b/>
                <w:color w:val="000000" w:themeColor="text1"/>
                <w:sz w:val="19"/>
                <w:lang w:eastAsia="ja-JP"/>
              </w:rPr>
              <w:t xml:space="preserve">　　　　　　</w:t>
            </w:r>
            <w:r w:rsidRPr="009833C2">
              <w:rPr>
                <w:b/>
                <w:color w:val="000000" w:themeColor="text1"/>
                <w:sz w:val="19"/>
                <w:lang w:eastAsia="ja-JP"/>
              </w:rPr>
              <w:t xml:space="preserve">　　</w:t>
            </w:r>
            <w:r w:rsidR="009833C2">
              <w:rPr>
                <w:rFonts w:hint="eastAsia"/>
                <w:b/>
                <w:color w:val="000000" w:themeColor="text1"/>
                <w:sz w:val="19"/>
                <w:lang w:eastAsia="ja-JP"/>
              </w:rPr>
              <w:t xml:space="preserve">　　</w:t>
            </w:r>
            <w:r w:rsidRPr="009833C2">
              <w:rPr>
                <w:b/>
                <w:color w:val="000000" w:themeColor="text1"/>
                <w:sz w:val="19"/>
                <w:lang w:eastAsia="ja-JP"/>
              </w:rPr>
              <w:t xml:space="preserve">　</w:t>
            </w:r>
            <w:r w:rsidR="009833C2">
              <w:rPr>
                <w:rFonts w:hint="eastAsia"/>
                <w:b/>
                <w:color w:val="000000" w:themeColor="text1"/>
                <w:sz w:val="19"/>
                <w:lang w:eastAsia="ja-JP"/>
              </w:rPr>
              <w:t xml:space="preserve">（　</w:t>
            </w:r>
            <w:r w:rsidRPr="009833C2">
              <w:rPr>
                <w:b/>
                <w:color w:val="000000" w:themeColor="text1"/>
                <w:sz w:val="19"/>
                <w:lang w:eastAsia="ja-JP"/>
              </w:rPr>
              <w:t>本人</w:t>
            </w:r>
            <w:r w:rsidR="009833C2">
              <w:rPr>
                <w:rFonts w:hint="eastAsia"/>
                <w:b/>
                <w:color w:val="000000" w:themeColor="text1"/>
                <w:sz w:val="19"/>
                <w:lang w:eastAsia="ja-JP"/>
              </w:rPr>
              <w:t xml:space="preserve">　</w:t>
            </w:r>
            <w:r w:rsidRPr="009833C2">
              <w:rPr>
                <w:b/>
                <w:color w:val="000000" w:themeColor="text1"/>
                <w:sz w:val="19"/>
                <w:lang w:eastAsia="ja-JP"/>
              </w:rPr>
              <w:t>・</w:t>
            </w:r>
            <w:r w:rsidR="009833C2">
              <w:rPr>
                <w:rFonts w:hint="eastAsia"/>
                <w:b/>
                <w:color w:val="000000" w:themeColor="text1"/>
                <w:sz w:val="19"/>
                <w:lang w:eastAsia="ja-JP"/>
              </w:rPr>
              <w:t xml:space="preserve">　</w:t>
            </w:r>
            <w:r w:rsidRPr="009833C2">
              <w:rPr>
                <w:b/>
                <w:color w:val="000000" w:themeColor="text1"/>
                <w:sz w:val="19"/>
                <w:lang w:eastAsia="ja-JP"/>
              </w:rPr>
              <w:t>家族</w:t>
            </w:r>
            <w:r w:rsidR="009833C2">
              <w:rPr>
                <w:rFonts w:hint="eastAsia"/>
                <w:b/>
                <w:color w:val="000000" w:themeColor="text1"/>
                <w:sz w:val="19"/>
                <w:lang w:eastAsia="ja-JP"/>
              </w:rPr>
              <w:t xml:space="preserve">　）</w:t>
            </w:r>
          </w:p>
        </w:tc>
      </w:tr>
    </w:tbl>
    <w:p w14:paraId="083B0531" w14:textId="5B42E8CA" w:rsidR="007C667C" w:rsidRPr="009833C2" w:rsidRDefault="00000000">
      <w:pPr>
        <w:spacing w:after="160"/>
        <w:rPr>
          <w:b/>
          <w:color w:val="000000" w:themeColor="text1"/>
          <w:sz w:val="19"/>
          <w:lang w:eastAsia="ja-JP"/>
        </w:rPr>
      </w:pPr>
      <w:r w:rsidRPr="009833C2">
        <w:rPr>
          <w:b/>
          <w:color w:val="000000" w:themeColor="text1"/>
          <w:sz w:val="19"/>
          <w:lang w:eastAsia="ja-JP"/>
        </w:rPr>
        <w:lastRenderedPageBreak/>
        <w:t xml:space="preserve">患者様お名前：　　　　　　　　　　</w:t>
      </w:r>
      <w:r w:rsidRPr="009833C2">
        <w:rPr>
          <w:b/>
          <w:color w:val="000000" w:themeColor="text1"/>
          <w:sz w:val="19"/>
          <w:lang w:eastAsia="ja-JP"/>
        </w:rPr>
        <w:t xml:space="preserve"> </w:t>
      </w:r>
      <w:r w:rsidRPr="009833C2">
        <w:rPr>
          <w:b/>
          <w:color w:val="000000" w:themeColor="text1"/>
          <w:sz w:val="19"/>
          <w:lang w:eastAsia="ja-JP"/>
        </w:rPr>
        <w:t>様</w:t>
      </w:r>
    </w:p>
    <w:p w14:paraId="36683089" w14:textId="2AB13835" w:rsidR="00AD6F45" w:rsidRPr="009833C2" w:rsidRDefault="00000000">
      <w:pPr>
        <w:rPr>
          <w:color w:val="000000" w:themeColor="text1"/>
          <w:lang w:eastAsia="ja-JP"/>
        </w:rPr>
      </w:pPr>
      <w:r w:rsidRPr="009833C2">
        <w:rPr>
          <w:b/>
          <w:color w:val="000000" w:themeColor="text1"/>
          <w:sz w:val="20"/>
          <w:lang w:eastAsia="ja-JP"/>
        </w:rPr>
        <w:t xml:space="preserve">4. </w:t>
      </w:r>
      <w:r w:rsidRPr="009833C2">
        <w:rPr>
          <w:b/>
          <w:color w:val="000000" w:themeColor="text1"/>
          <w:sz w:val="20"/>
          <w:lang w:eastAsia="ja-JP"/>
        </w:rPr>
        <w:t>身体機能・視覚・補助装置の希望</w:t>
      </w:r>
    </w:p>
    <w:tbl>
      <w:tblPr>
        <w:tblStyle w:val="afe"/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AD6F45" w:rsidRPr="009833C2" w14:paraId="3CF91B83" w14:textId="77777777"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F9A147" w14:textId="77777777" w:rsidR="00820F9D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運動麻痺・肢体不自由：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-18385995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なし</w:t>
            </w:r>
          </w:p>
          <w:p w14:paraId="561AC9F7" w14:textId="2DDA9F01" w:rsidR="00AD6F45" w:rsidRPr="009833C2" w:rsidRDefault="00000000">
            <w:pPr>
              <w:rPr>
                <w:color w:val="000000" w:themeColor="text1"/>
                <w:lang w:eastAsia="ja-JP"/>
              </w:rPr>
            </w:pPr>
            <w:sdt>
              <w:sdtPr>
                <w:rPr>
                  <w:color w:val="000000" w:themeColor="text1"/>
                  <w:lang w:eastAsia="ja-JP"/>
                </w:rPr>
                <w:id w:val="-318865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color w:val="000000" w:themeColor="text1"/>
                <w:lang w:eastAsia="ja-JP"/>
              </w:rPr>
              <w:t>あり</w:t>
            </w:r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sdt>
              <w:sdtPr>
                <w:rPr>
                  <w:color w:val="000000" w:themeColor="text1"/>
                  <w:lang w:eastAsia="ja-JP"/>
                </w:rPr>
                <w:id w:val="4760306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color w:val="000000" w:themeColor="text1"/>
                <w:lang w:eastAsia="ja-JP"/>
              </w:rPr>
              <w:t>右上肢</w:t>
            </w:r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sdt>
              <w:sdtPr>
                <w:rPr>
                  <w:color w:val="000000" w:themeColor="text1"/>
                  <w:lang w:eastAsia="ja-JP"/>
                </w:rPr>
                <w:id w:val="-18708262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color w:val="000000" w:themeColor="text1"/>
                <w:lang w:eastAsia="ja-JP"/>
              </w:rPr>
              <w:t>右下肢</w:t>
            </w:r>
            <w:r w:rsidR="00820F9D"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-7641431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color w:val="000000" w:themeColor="text1"/>
                <w:lang w:eastAsia="ja-JP"/>
              </w:rPr>
              <w:t>左上肢</w:t>
            </w:r>
            <w:r w:rsidR="00820F9D"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-15839807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color w:val="000000" w:themeColor="text1"/>
                <w:lang w:eastAsia="ja-JP"/>
              </w:rPr>
              <w:t>左下肢</w:t>
            </w:r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rFonts w:hint="eastAsia"/>
                <w:color w:val="000000" w:themeColor="text1"/>
                <w:lang w:eastAsia="ja-JP"/>
              </w:rPr>
              <w:t>）</w:t>
            </w:r>
            <w:r w:rsidR="00820F9D" w:rsidRPr="009833C2">
              <w:rPr>
                <w:color w:val="000000" w:themeColor="text1"/>
                <w:lang w:eastAsia="ja-JP"/>
              </w:rPr>
              <w:br/>
              <w:t>※</w:t>
            </w:r>
            <w:r w:rsidR="00820F9D" w:rsidRPr="009833C2">
              <w:rPr>
                <w:color w:val="000000" w:themeColor="text1"/>
                <w:lang w:eastAsia="ja-JP"/>
              </w:rPr>
              <w:t>麻痺の程度：</w:t>
            </w:r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sdt>
              <w:sdtPr>
                <w:rPr>
                  <w:color w:val="000000" w:themeColor="text1"/>
                  <w:lang w:eastAsia="ja-JP"/>
                </w:rPr>
                <w:id w:val="-16314758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color w:val="000000" w:themeColor="text1"/>
                <w:lang w:eastAsia="ja-JP"/>
              </w:rPr>
              <w:t>軽度</w:t>
            </w:r>
            <w:r w:rsidR="00820F9D" w:rsidRP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="00820F9D" w:rsidRPr="009833C2">
              <w:rPr>
                <w:color w:val="000000" w:themeColor="text1"/>
                <w:lang w:eastAsia="ja-JP"/>
              </w:rPr>
              <w:t>操作可</w:t>
            </w:r>
            <w:r w:rsidR="00820F9D" w:rsidRPr="009833C2">
              <w:rPr>
                <w:rFonts w:hint="eastAsia"/>
                <w:color w:val="000000" w:themeColor="text1"/>
                <w:lang w:eastAsia="ja-JP"/>
              </w:rPr>
              <w:t>）</w:t>
            </w:r>
            <w:r w:rsidR="00820F9D"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20262846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color w:val="000000" w:themeColor="text1"/>
                <w:lang w:eastAsia="ja-JP"/>
              </w:rPr>
              <w:t>中・重度</w:t>
            </w:r>
            <w:r w:rsidR="00820F9D" w:rsidRP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="00820F9D" w:rsidRPr="009833C2">
              <w:rPr>
                <w:color w:val="000000" w:themeColor="text1"/>
                <w:lang w:eastAsia="ja-JP"/>
              </w:rPr>
              <w:t>要対策</w:t>
            </w:r>
            <w:r w:rsidR="00820F9D" w:rsidRPr="009833C2">
              <w:rPr>
                <w:rFonts w:hint="eastAsia"/>
                <w:color w:val="000000" w:themeColor="text1"/>
                <w:lang w:eastAsia="ja-JP"/>
              </w:rPr>
              <w:t>）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81A727" w14:textId="77777777" w:rsidR="00AD6F45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視野・視覚上の兆候：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10691611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正常</w:t>
            </w:r>
            <w:r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-3427054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半側空間無視</w:t>
            </w:r>
            <w:r w:rsidR="00820F9D" w:rsidRP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Pr="009833C2">
              <w:rPr>
                <w:color w:val="000000" w:themeColor="text1"/>
                <w:lang w:eastAsia="ja-JP"/>
              </w:rPr>
              <w:t xml:space="preserve"> </w:t>
            </w:r>
            <w:sdt>
              <w:sdtPr>
                <w:rPr>
                  <w:color w:val="000000" w:themeColor="text1"/>
                  <w:lang w:eastAsia="ja-JP"/>
                </w:rPr>
                <w:id w:val="-15442783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左側無視</w:t>
            </w:r>
            <w:r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17710525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右側無視</w:t>
            </w:r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rFonts w:hint="eastAsia"/>
                <w:color w:val="000000" w:themeColor="text1"/>
                <w:lang w:eastAsia="ja-JP"/>
              </w:rPr>
              <w:t>）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-9437594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複視・眼球運動障害</w:t>
            </w:r>
            <w:r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-16025682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視野欠損等</w:t>
            </w:r>
          </w:p>
          <w:p w14:paraId="5CC2EC89" w14:textId="6ACDDC18" w:rsidR="007C667C" w:rsidRPr="009833C2" w:rsidRDefault="00000000">
            <w:pPr>
              <w:rPr>
                <w:color w:val="000000" w:themeColor="text1"/>
                <w:lang w:eastAsia="ja-JP"/>
              </w:rPr>
            </w:pPr>
            <w:sdt>
              <w:sdtPr>
                <w:rPr>
                  <w:rFonts w:hint="eastAsia"/>
                  <w:color w:val="000000" w:themeColor="text1"/>
                  <w:lang w:eastAsia="ja-JP"/>
                </w:rPr>
                <w:id w:val="2161765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7C667C" w:rsidRPr="009833C2">
              <w:rPr>
                <w:rFonts w:hint="eastAsia"/>
                <w:color w:val="000000" w:themeColor="text1"/>
                <w:lang w:eastAsia="ja-JP"/>
              </w:rPr>
              <w:t xml:space="preserve"> 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その他（　　　　　　　　　　　　　　　　　　　）</w:t>
            </w:r>
          </w:p>
        </w:tc>
      </w:tr>
      <w:tr w:rsidR="00AD6F45" w:rsidRPr="009833C2" w14:paraId="0167E9F9" w14:textId="77777777" w:rsidTr="00820F9D">
        <w:trPr>
          <w:trHeight w:val="790"/>
        </w:trPr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9C907F" w14:textId="77777777" w:rsidR="007C667C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感覚障害：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16031460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なし</w:t>
            </w:r>
          </w:p>
          <w:p w14:paraId="3BA13EF7" w14:textId="400AA011" w:rsidR="00AD6F45" w:rsidRPr="009833C2" w:rsidRDefault="00000000">
            <w:pPr>
              <w:rPr>
                <w:color w:val="000000" w:themeColor="text1"/>
                <w:lang w:eastAsia="ja-JP"/>
              </w:rPr>
            </w:pPr>
            <w:sdt>
              <w:sdtPr>
                <w:rPr>
                  <w:color w:val="000000" w:themeColor="text1"/>
                  <w:lang w:eastAsia="ja-JP"/>
                </w:rPr>
                <w:id w:val="11806231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7C667C" w:rsidRPr="009833C2">
              <w:rPr>
                <w:color w:val="000000" w:themeColor="text1"/>
                <w:lang w:eastAsia="ja-JP"/>
              </w:rPr>
              <w:t xml:space="preserve"> </w:t>
            </w:r>
            <w:r w:rsidR="007C667C" w:rsidRPr="009833C2">
              <w:rPr>
                <w:color w:val="000000" w:themeColor="text1"/>
                <w:lang w:eastAsia="ja-JP"/>
              </w:rPr>
              <w:t>あり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="007C667C" w:rsidRPr="009833C2">
              <w:rPr>
                <w:color w:val="000000" w:themeColor="text1"/>
                <w:lang w:eastAsia="ja-JP"/>
              </w:rPr>
              <w:t>部位：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 xml:space="preserve">　　　　　</w:t>
            </w:r>
            <w:r w:rsidR="007C667C" w:rsidRPr="009833C2">
              <w:rPr>
                <w:color w:val="000000" w:themeColor="text1"/>
                <w:lang w:eastAsia="ja-JP"/>
              </w:rPr>
              <w:t xml:space="preserve">　　　　　　　　　　　　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)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F2685C" w14:textId="77777777" w:rsidR="007C667C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実車時の補助装置・福祉車両の希望：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-72013438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不要</w:t>
            </w:r>
          </w:p>
          <w:p w14:paraId="33F9636C" w14:textId="5E177AC0" w:rsidR="00AD6F45" w:rsidRPr="009833C2" w:rsidRDefault="00000000">
            <w:pPr>
              <w:rPr>
                <w:color w:val="000000" w:themeColor="text1"/>
                <w:lang w:eastAsia="ja-JP"/>
              </w:rPr>
            </w:pPr>
            <w:sdt>
              <w:sdtPr>
                <w:rPr>
                  <w:color w:val="000000" w:themeColor="text1"/>
                  <w:lang w:eastAsia="ja-JP"/>
                </w:rPr>
                <w:id w:val="-2735637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7C667C" w:rsidRPr="009833C2">
              <w:rPr>
                <w:color w:val="000000" w:themeColor="text1"/>
                <w:lang w:eastAsia="ja-JP"/>
              </w:rPr>
              <w:t xml:space="preserve"> </w:t>
            </w:r>
            <w:r w:rsidR="007C667C" w:rsidRPr="009833C2">
              <w:rPr>
                <w:color w:val="000000" w:themeColor="text1"/>
                <w:lang w:eastAsia="ja-JP"/>
              </w:rPr>
              <w:t>旋回ノブ</w:t>
            </w:r>
            <w:r w:rsidR="007C667C"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18312450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7C667C" w:rsidRPr="009833C2">
              <w:rPr>
                <w:color w:val="000000" w:themeColor="text1"/>
                <w:lang w:eastAsia="ja-JP"/>
              </w:rPr>
              <w:t xml:space="preserve"> </w:t>
            </w:r>
            <w:r w:rsidR="007C667C" w:rsidRPr="009833C2">
              <w:rPr>
                <w:color w:val="000000" w:themeColor="text1"/>
                <w:lang w:eastAsia="ja-JP"/>
              </w:rPr>
              <w:t>左足アクセル</w:t>
            </w:r>
            <w:r w:rsidR="007C667C"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16825452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7C667C" w:rsidRPr="009833C2">
              <w:rPr>
                <w:color w:val="000000" w:themeColor="text1"/>
                <w:lang w:eastAsia="ja-JP"/>
              </w:rPr>
              <w:t xml:space="preserve"> </w:t>
            </w:r>
            <w:r w:rsidR="007C667C" w:rsidRPr="009833C2">
              <w:rPr>
                <w:color w:val="000000" w:themeColor="text1"/>
                <w:lang w:eastAsia="ja-JP"/>
              </w:rPr>
              <w:t>手動運転装置</w:t>
            </w:r>
          </w:p>
        </w:tc>
      </w:tr>
    </w:tbl>
    <w:p w14:paraId="0A87B0BB" w14:textId="77777777" w:rsidR="00AD6F45" w:rsidRPr="009833C2" w:rsidRDefault="00AD6F45">
      <w:pPr>
        <w:rPr>
          <w:color w:val="000000" w:themeColor="text1"/>
          <w:lang w:eastAsia="ja-JP"/>
        </w:rPr>
      </w:pPr>
    </w:p>
    <w:p w14:paraId="12939D0D" w14:textId="26B6B583" w:rsidR="00AD6F45" w:rsidRPr="009833C2" w:rsidRDefault="00000000">
      <w:pPr>
        <w:rPr>
          <w:color w:val="000000" w:themeColor="text1"/>
          <w:lang w:eastAsia="ja-JP"/>
        </w:rPr>
      </w:pPr>
      <w:r w:rsidRPr="009833C2">
        <w:rPr>
          <w:b/>
          <w:color w:val="000000" w:themeColor="text1"/>
          <w:sz w:val="20"/>
          <w:lang w:eastAsia="ja-JP"/>
        </w:rPr>
        <w:t xml:space="preserve">5. </w:t>
      </w:r>
      <w:r w:rsidRPr="009833C2">
        <w:rPr>
          <w:b/>
          <w:color w:val="000000" w:themeColor="text1"/>
          <w:sz w:val="20"/>
          <w:lang w:eastAsia="ja-JP"/>
        </w:rPr>
        <w:t>精神・高次脳機能障害の傾向</w:t>
      </w:r>
      <w:r w:rsidRPr="009833C2">
        <w:rPr>
          <w:b/>
          <w:color w:val="000000" w:themeColor="text1"/>
          <w:sz w:val="20"/>
          <w:lang w:eastAsia="ja-JP"/>
        </w:rPr>
        <w:t xml:space="preserve"> </w:t>
      </w:r>
      <w:r w:rsidR="007C667C" w:rsidRPr="009833C2">
        <w:rPr>
          <w:rFonts w:hint="eastAsia"/>
          <w:b/>
          <w:color w:val="000000" w:themeColor="text1"/>
          <w:sz w:val="20"/>
          <w:lang w:eastAsia="ja-JP"/>
        </w:rPr>
        <w:t>（</w:t>
      </w:r>
      <w:r w:rsidRPr="009833C2">
        <w:rPr>
          <w:b/>
          <w:color w:val="000000" w:themeColor="text1"/>
          <w:sz w:val="20"/>
          <w:lang w:eastAsia="ja-JP"/>
        </w:rPr>
        <w:t>実車時の配慮・負荷テスト設計用</w:t>
      </w:r>
      <w:r w:rsidR="007C667C" w:rsidRPr="009833C2">
        <w:rPr>
          <w:rFonts w:hint="eastAsia"/>
          <w:b/>
          <w:color w:val="000000" w:themeColor="text1"/>
          <w:sz w:val="20"/>
          <w:lang w:eastAsia="ja-JP"/>
        </w:rPr>
        <w:t>）</w:t>
      </w:r>
    </w:p>
    <w:tbl>
      <w:tblPr>
        <w:tblStyle w:val="afe"/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AD6F45" w:rsidRPr="009833C2" w14:paraId="1BFD5F60" w14:textId="77777777" w:rsidTr="00820F9D">
        <w:trPr>
          <w:trHeight w:val="940"/>
        </w:trPr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FCB3A8" w14:textId="2EAC3DD4" w:rsidR="00AD6F45" w:rsidRPr="009833C2" w:rsidRDefault="00000000" w:rsidP="00F44415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注意配分・処理能力：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19355552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特になし</w:t>
            </w:r>
            <w:r w:rsidR="00F44415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6214302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7C667C" w:rsidRPr="009833C2">
              <w:rPr>
                <w:color w:val="000000" w:themeColor="text1"/>
                <w:lang w:eastAsia="ja-JP"/>
              </w:rPr>
              <w:t xml:space="preserve"> </w:t>
            </w:r>
            <w:r w:rsidR="007C667C" w:rsidRPr="009833C2">
              <w:rPr>
                <w:color w:val="000000" w:themeColor="text1"/>
                <w:lang w:eastAsia="ja-JP"/>
              </w:rPr>
              <w:t>注意散漫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="007C667C" w:rsidRPr="009833C2">
              <w:rPr>
                <w:color w:val="000000" w:themeColor="text1"/>
                <w:lang w:eastAsia="ja-JP"/>
              </w:rPr>
              <w:t>周囲に気を取られやすい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）</w:t>
            </w:r>
            <w:r w:rsidR="007C667C"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113552788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7C667C" w:rsidRPr="009833C2">
              <w:rPr>
                <w:color w:val="000000" w:themeColor="text1"/>
                <w:lang w:eastAsia="ja-JP"/>
              </w:rPr>
              <w:t xml:space="preserve"> </w:t>
            </w:r>
            <w:r w:rsidR="007C667C" w:rsidRPr="009833C2">
              <w:rPr>
                <w:color w:val="000000" w:themeColor="text1"/>
                <w:lang w:eastAsia="ja-JP"/>
              </w:rPr>
              <w:t>焦り・パニック</w:t>
            </w:r>
            <w:r w:rsidR="007C667C"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-2609176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7C667C" w:rsidRPr="009833C2">
              <w:rPr>
                <w:color w:val="000000" w:themeColor="text1"/>
                <w:lang w:eastAsia="ja-JP"/>
              </w:rPr>
              <w:t xml:space="preserve"> </w:t>
            </w:r>
            <w:r w:rsidR="007C667C" w:rsidRPr="009833C2">
              <w:rPr>
                <w:color w:val="000000" w:themeColor="text1"/>
                <w:lang w:eastAsia="ja-JP"/>
              </w:rPr>
              <w:t>動作・判断の遅れ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51181" w14:textId="29CDA8C2" w:rsidR="00AD6F45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見落とし・無視：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6005385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特になし</w:t>
            </w:r>
            <w:r w:rsidR="00F44415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-6430361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左側の不注意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Pr="009833C2">
              <w:rPr>
                <w:color w:val="000000" w:themeColor="text1"/>
                <w:lang w:eastAsia="ja-JP"/>
              </w:rPr>
              <w:t>左折・障害物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）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-12674516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右側の不注意</w:t>
            </w:r>
            <w:r w:rsidRPr="009833C2">
              <w:rPr>
                <w:color w:val="000000" w:themeColor="text1"/>
                <w:lang w:eastAsia="ja-JP"/>
              </w:rPr>
              <w:t xml:space="preserve">  </w:t>
            </w:r>
            <w:sdt>
              <w:sdtPr>
                <w:rPr>
                  <w:color w:val="000000" w:themeColor="text1"/>
                  <w:lang w:eastAsia="ja-JP"/>
                </w:rPr>
                <w:id w:val="-3081023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全般的な視野探索漏れ</w:t>
            </w:r>
          </w:p>
        </w:tc>
      </w:tr>
      <w:tr w:rsidR="00AD6F45" w:rsidRPr="009833C2" w14:paraId="78BC000C" w14:textId="77777777" w:rsidTr="00820F9D">
        <w:trPr>
          <w:trHeight w:val="970"/>
        </w:trPr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40B3B9" w14:textId="06986F09" w:rsidR="00AD6F45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記憶・ルート指示：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5945245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特になし</w:t>
            </w:r>
            <w:r w:rsidR="00F44415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349367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記憶低下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Pr="009833C2">
              <w:rPr>
                <w:color w:val="000000" w:themeColor="text1"/>
                <w:lang w:eastAsia="ja-JP"/>
              </w:rPr>
              <w:t>直前の指示を失念しやすい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）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16578028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展望記憶の懸念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（評価開始前の</w:t>
            </w:r>
            <w:r w:rsidRPr="009833C2">
              <w:rPr>
                <w:color w:val="000000" w:themeColor="text1"/>
                <w:lang w:eastAsia="ja-JP"/>
              </w:rPr>
              <w:t>約束行動の忘却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）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3BB5D8" w14:textId="188060E4" w:rsidR="00AD6F45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遂行機能・プランニング：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-8733824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特になし</w:t>
            </w:r>
            <w:r w:rsidR="00F44415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-5651084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課題処理の混乱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Pr="009833C2">
              <w:rPr>
                <w:color w:val="000000" w:themeColor="text1"/>
                <w:lang w:eastAsia="ja-JP"/>
              </w:rPr>
              <w:t>順序立てた行動が苦手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）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17158468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突発的で一貫性のないルート選択</w:t>
            </w:r>
          </w:p>
        </w:tc>
      </w:tr>
      <w:tr w:rsidR="00AD6F45" w:rsidRPr="009833C2" w14:paraId="65900464" w14:textId="77777777" w:rsidTr="00820F9D">
        <w:trPr>
          <w:trHeight w:val="959"/>
        </w:trPr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5AD1BB" w14:textId="49F8A551" w:rsidR="00AD6F45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自己客観視・病識：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8830606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特になし</w:t>
            </w:r>
            <w:r w:rsidR="00F44415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7939470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833C2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自身の運転技能への過度の自信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Pr="009833C2">
              <w:rPr>
                <w:color w:val="000000" w:themeColor="text1"/>
                <w:lang w:eastAsia="ja-JP"/>
              </w:rPr>
              <w:t>過信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）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295413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833C2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ミスに対する言い訳・他責傾向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2CD910" w14:textId="4464D326" w:rsidR="00AD6F45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情緒・疲労：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9878179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特になし</w:t>
            </w:r>
            <w:r w:rsidR="00F44415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14160529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イライラ・易怒性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 xml:space="preserve"> </w:t>
            </w:r>
            <w:sdt>
              <w:sdtPr>
                <w:rPr>
                  <w:color w:val="000000" w:themeColor="text1"/>
                  <w:lang w:eastAsia="ja-JP"/>
                </w:rPr>
                <w:id w:val="-7051075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感情の起伏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-2835005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C667C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疲労しやすい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Pr="009833C2">
              <w:rPr>
                <w:color w:val="000000" w:themeColor="text1"/>
                <w:lang w:eastAsia="ja-JP"/>
              </w:rPr>
              <w:t>15</w:t>
            </w:r>
            <w:r w:rsidRPr="009833C2">
              <w:rPr>
                <w:color w:val="000000" w:themeColor="text1"/>
                <w:lang w:eastAsia="ja-JP"/>
              </w:rPr>
              <w:t>分以上の連続運転困難</w:t>
            </w:r>
            <w:r w:rsidR="007C667C" w:rsidRPr="009833C2">
              <w:rPr>
                <w:rFonts w:hint="eastAsia"/>
                <w:color w:val="000000" w:themeColor="text1"/>
                <w:lang w:eastAsia="ja-JP"/>
              </w:rPr>
              <w:t>）</w:t>
            </w:r>
          </w:p>
        </w:tc>
      </w:tr>
    </w:tbl>
    <w:p w14:paraId="61055867" w14:textId="77777777" w:rsidR="00AD6F45" w:rsidRPr="009833C2" w:rsidRDefault="00AD6F45">
      <w:pPr>
        <w:rPr>
          <w:color w:val="000000" w:themeColor="text1"/>
          <w:lang w:eastAsia="ja-JP"/>
        </w:rPr>
      </w:pPr>
    </w:p>
    <w:p w14:paraId="251D4CB9" w14:textId="181F493A" w:rsidR="00AD6F45" w:rsidRPr="009833C2" w:rsidRDefault="00000000">
      <w:pPr>
        <w:rPr>
          <w:color w:val="000000" w:themeColor="text1"/>
          <w:lang w:eastAsia="ja-JP"/>
        </w:rPr>
      </w:pPr>
      <w:r w:rsidRPr="009833C2">
        <w:rPr>
          <w:b/>
          <w:color w:val="000000" w:themeColor="text1"/>
          <w:sz w:val="20"/>
          <w:lang w:eastAsia="ja-JP"/>
        </w:rPr>
        <w:t xml:space="preserve">6. </w:t>
      </w:r>
      <w:r w:rsidRPr="009833C2">
        <w:rPr>
          <w:b/>
          <w:color w:val="000000" w:themeColor="text1"/>
          <w:sz w:val="20"/>
          <w:lang w:eastAsia="ja-JP"/>
        </w:rPr>
        <w:t>貴院内でのリハビリ・評価検査結果</w:t>
      </w:r>
    </w:p>
    <w:tbl>
      <w:tblPr>
        <w:tblStyle w:val="afe"/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AD6F45" w:rsidRPr="009833C2" w14:paraId="44BD0110" w14:textId="77777777" w:rsidTr="00820F9D">
        <w:trPr>
          <w:trHeight w:val="1336"/>
        </w:trPr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CB7E6C" w14:textId="77777777" w:rsidR="00820F9D" w:rsidRPr="009833C2" w:rsidRDefault="00000000">
            <w:pPr>
              <w:rPr>
                <w:color w:val="000000" w:themeColor="text1"/>
                <w:lang w:eastAsia="ja-JP"/>
              </w:rPr>
            </w:pPr>
            <w:proofErr w:type="spellStart"/>
            <w:r w:rsidRPr="009833C2">
              <w:rPr>
                <w:color w:val="000000" w:themeColor="text1"/>
              </w:rPr>
              <w:t>神経心理学的検査</w:t>
            </w:r>
            <w:proofErr w:type="spellEnd"/>
            <w:r w:rsidRPr="009833C2">
              <w:rPr>
                <w:color w:val="000000" w:themeColor="text1"/>
              </w:rPr>
              <w:t>：</w:t>
            </w:r>
            <w:r w:rsidRPr="009833C2">
              <w:rPr>
                <w:color w:val="000000" w:themeColor="text1"/>
              </w:rPr>
              <w:br/>
              <w:t>MMSE/HDS-R</w:t>
            </w:r>
            <w:r w:rsidRPr="009833C2">
              <w:rPr>
                <w:color w:val="000000" w:themeColor="text1"/>
              </w:rPr>
              <w:t>：</w:t>
            </w:r>
            <w:r w:rsidRPr="009833C2">
              <w:rPr>
                <w:color w:val="000000" w:themeColor="text1"/>
              </w:rPr>
              <w:t xml:space="preserve"> </w:t>
            </w:r>
            <w:r w:rsidRPr="009833C2">
              <w:rPr>
                <w:color w:val="000000" w:themeColor="text1"/>
              </w:rPr>
              <w:t xml:space="preserve">　　　</w:t>
            </w:r>
            <w:r w:rsidRPr="009833C2">
              <w:rPr>
                <w:color w:val="000000" w:themeColor="text1"/>
              </w:rPr>
              <w:t xml:space="preserve"> /30</w:t>
            </w:r>
            <w:r w:rsidRPr="009833C2">
              <w:rPr>
                <w:color w:val="000000" w:themeColor="text1"/>
              </w:rPr>
              <w:t>点</w:t>
            </w:r>
          </w:p>
          <w:p w14:paraId="29FFA212" w14:textId="77777777" w:rsidR="00820F9D" w:rsidRPr="009833C2" w:rsidRDefault="00820F9D">
            <w:pPr>
              <w:rPr>
                <w:color w:val="000000" w:themeColor="text1"/>
                <w:lang w:eastAsia="ja-JP"/>
              </w:rPr>
            </w:pPr>
            <w:r w:rsidRPr="009833C2">
              <w:rPr>
                <w:rFonts w:hint="eastAsia"/>
                <w:color w:val="000000" w:themeColor="text1"/>
                <w:lang w:eastAsia="ja-JP"/>
              </w:rPr>
              <w:t>T</w:t>
            </w:r>
            <w:r w:rsidRPr="009833C2">
              <w:rPr>
                <w:color w:val="000000" w:themeColor="text1"/>
              </w:rPr>
              <w:t>MT-A</w:t>
            </w:r>
            <w:r w:rsidRPr="009833C2">
              <w:rPr>
                <w:color w:val="000000" w:themeColor="text1"/>
              </w:rPr>
              <w:t>：</w:t>
            </w:r>
            <w:r w:rsidRPr="009833C2">
              <w:rPr>
                <w:color w:val="000000" w:themeColor="text1"/>
              </w:rPr>
              <w:t xml:space="preserve"> </w:t>
            </w:r>
            <w:r w:rsidRPr="009833C2">
              <w:rPr>
                <w:color w:val="000000" w:themeColor="text1"/>
              </w:rPr>
              <w:t xml:space="preserve">　　　秒</w:t>
            </w:r>
            <w:r w:rsidRPr="009833C2">
              <w:rPr>
                <w:color w:val="000000" w:themeColor="text1"/>
              </w:rPr>
              <w:br/>
              <w:t>TMT-B</w:t>
            </w:r>
            <w:r w:rsidRPr="009833C2">
              <w:rPr>
                <w:color w:val="000000" w:themeColor="text1"/>
              </w:rPr>
              <w:t>：</w:t>
            </w:r>
            <w:r w:rsidRPr="009833C2">
              <w:rPr>
                <w:color w:val="000000" w:themeColor="text1"/>
              </w:rPr>
              <w:t xml:space="preserve"> </w:t>
            </w:r>
            <w:r w:rsidRPr="009833C2">
              <w:rPr>
                <w:color w:val="000000" w:themeColor="text1"/>
              </w:rPr>
              <w:t xml:space="preserve">　　　秒</w:t>
            </w:r>
          </w:p>
          <w:p w14:paraId="70151EDC" w14:textId="36CE5D56" w:rsidR="00AD6F45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その他：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43B1AA" w14:textId="0E282F3A" w:rsidR="00820F9D" w:rsidRPr="009833C2" w:rsidRDefault="00000000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院内ドライビングシミュレーター</w:t>
            </w:r>
            <w:r w:rsid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Pr="009833C2">
              <w:rPr>
                <w:color w:val="000000" w:themeColor="text1"/>
                <w:lang w:eastAsia="ja-JP"/>
              </w:rPr>
              <w:t>DS</w:t>
            </w:r>
            <w:r w:rsidR="009833C2">
              <w:rPr>
                <w:rFonts w:hint="eastAsia"/>
                <w:color w:val="000000" w:themeColor="text1"/>
                <w:lang w:eastAsia="ja-JP"/>
              </w:rPr>
              <w:t>）</w:t>
            </w:r>
            <w:r w:rsidRPr="009833C2">
              <w:rPr>
                <w:color w:val="000000" w:themeColor="text1"/>
                <w:lang w:eastAsia="ja-JP"/>
              </w:rPr>
              <w:t>結果：</w:t>
            </w:r>
            <w:r w:rsidRPr="009833C2">
              <w:rPr>
                <w:color w:val="000000" w:themeColor="text1"/>
                <w:lang w:eastAsia="ja-JP"/>
              </w:rPr>
              <w:br/>
            </w:r>
            <w:sdt>
              <w:sdtPr>
                <w:rPr>
                  <w:color w:val="000000" w:themeColor="text1"/>
                  <w:lang w:eastAsia="ja-JP"/>
                </w:rPr>
                <w:id w:val="-9453863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Pr="009833C2">
              <w:rPr>
                <w:color w:val="000000" w:themeColor="text1"/>
                <w:lang w:eastAsia="ja-JP"/>
              </w:rPr>
              <w:t xml:space="preserve"> </w:t>
            </w:r>
            <w:r w:rsidRPr="009833C2">
              <w:rPr>
                <w:color w:val="000000" w:themeColor="text1"/>
                <w:lang w:eastAsia="ja-JP"/>
              </w:rPr>
              <w:t>良好</w:t>
            </w:r>
          </w:p>
          <w:p w14:paraId="511D23C2" w14:textId="77777777" w:rsidR="00820F9D" w:rsidRPr="009833C2" w:rsidRDefault="00000000">
            <w:pPr>
              <w:rPr>
                <w:color w:val="000000" w:themeColor="text1"/>
                <w:lang w:eastAsia="ja-JP"/>
              </w:rPr>
            </w:pPr>
            <w:sdt>
              <w:sdtPr>
                <w:rPr>
                  <w:color w:val="000000" w:themeColor="text1"/>
                  <w:lang w:eastAsia="ja-JP"/>
                </w:rPr>
                <w:id w:val="10244383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color w:val="000000" w:themeColor="text1"/>
                <w:lang w:eastAsia="ja-JP"/>
              </w:rPr>
              <w:t>軽度課題あり</w:t>
            </w:r>
          </w:p>
          <w:p w14:paraId="225989F0" w14:textId="77777777" w:rsidR="00820F9D" w:rsidRPr="009833C2" w:rsidRDefault="00000000">
            <w:pPr>
              <w:rPr>
                <w:color w:val="000000" w:themeColor="text1"/>
                <w:lang w:eastAsia="ja-JP"/>
              </w:rPr>
            </w:pPr>
            <w:sdt>
              <w:sdtPr>
                <w:rPr>
                  <w:color w:val="000000" w:themeColor="text1"/>
                  <w:lang w:eastAsia="ja-JP"/>
                </w:rPr>
                <w:id w:val="13428940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color w:val="000000" w:themeColor="text1"/>
                <w:lang w:eastAsia="ja-JP"/>
              </w:rPr>
              <w:t>中等度課題あり</w:t>
            </w:r>
          </w:p>
          <w:p w14:paraId="754DCCF6" w14:textId="47F4857D" w:rsidR="00AD6F45" w:rsidRPr="009833C2" w:rsidRDefault="00000000">
            <w:pPr>
              <w:rPr>
                <w:color w:val="000000" w:themeColor="text1"/>
                <w:lang w:eastAsia="ja-JP"/>
              </w:rPr>
            </w:pPr>
            <w:sdt>
              <w:sdtPr>
                <w:rPr>
                  <w:color w:val="000000" w:themeColor="text1"/>
                  <w:lang w:eastAsia="ja-JP"/>
                </w:rPr>
                <w:id w:val="6815530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20F9D" w:rsidRPr="009833C2">
                  <w:rPr>
                    <w:rFonts w:ascii="ＭＳ ゴシック" w:eastAsia="ＭＳ ゴシック" w:hAnsi="ＭＳ ゴシック" w:hint="eastAsia"/>
                    <w:color w:val="000000" w:themeColor="text1"/>
                    <w:lang w:eastAsia="ja-JP"/>
                  </w:rPr>
                  <w:t>☐</w:t>
                </w:r>
              </w:sdtContent>
            </w:sdt>
            <w:r w:rsidR="00820F9D" w:rsidRPr="009833C2">
              <w:rPr>
                <w:color w:val="000000" w:themeColor="text1"/>
                <w:lang w:eastAsia="ja-JP"/>
              </w:rPr>
              <w:t xml:space="preserve"> </w:t>
            </w:r>
            <w:r w:rsidR="00820F9D" w:rsidRPr="009833C2">
              <w:rPr>
                <w:color w:val="000000" w:themeColor="text1"/>
                <w:lang w:eastAsia="ja-JP"/>
              </w:rPr>
              <w:t>実施せず</w:t>
            </w:r>
          </w:p>
        </w:tc>
      </w:tr>
      <w:tr w:rsidR="00820F9D" w:rsidRPr="009833C2" w14:paraId="1443E99F" w14:textId="77777777" w:rsidTr="00820F9D">
        <w:trPr>
          <w:trHeight w:val="1516"/>
        </w:trPr>
        <w:tc>
          <w:tcPr>
            <w:tcW w:w="10080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93EF1D" w14:textId="3915F8C9" w:rsidR="00820F9D" w:rsidRPr="009833C2" w:rsidRDefault="00820F9D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特に注視・確認してほしい点：</w:t>
            </w:r>
          </w:p>
          <w:p w14:paraId="73E78771" w14:textId="0AF044A3" w:rsidR="00820F9D" w:rsidRPr="009833C2" w:rsidRDefault="00820F9D">
            <w:pPr>
              <w:rPr>
                <w:color w:val="000000" w:themeColor="text1"/>
                <w:lang w:eastAsia="ja-JP"/>
              </w:rPr>
            </w:pPr>
          </w:p>
        </w:tc>
      </w:tr>
      <w:tr w:rsidR="00820F9D" w:rsidRPr="009833C2" w14:paraId="5F9CC7FA" w14:textId="77777777" w:rsidTr="00820F9D">
        <w:trPr>
          <w:trHeight w:val="1671"/>
        </w:trPr>
        <w:tc>
          <w:tcPr>
            <w:tcW w:w="10080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B73A2B" w14:textId="77777777" w:rsidR="00820F9D" w:rsidRPr="009833C2" w:rsidRDefault="00820F9D">
            <w:pPr>
              <w:rPr>
                <w:color w:val="000000" w:themeColor="text1"/>
                <w:lang w:eastAsia="ja-JP"/>
              </w:rPr>
            </w:pPr>
            <w:r w:rsidRPr="009833C2">
              <w:rPr>
                <w:color w:val="000000" w:themeColor="text1"/>
                <w:lang w:eastAsia="ja-JP"/>
              </w:rPr>
              <w:t>その他特記事項</w:t>
            </w:r>
            <w:r w:rsidRPr="009833C2">
              <w:rPr>
                <w:rFonts w:hint="eastAsia"/>
                <w:color w:val="000000" w:themeColor="text1"/>
                <w:lang w:eastAsia="ja-JP"/>
              </w:rPr>
              <w:t>（</w:t>
            </w:r>
            <w:r w:rsidRPr="009833C2">
              <w:rPr>
                <w:color w:val="000000" w:themeColor="text1"/>
                <w:lang w:eastAsia="ja-JP"/>
              </w:rPr>
              <w:t>身体の配慮な</w:t>
            </w:r>
            <w:r w:rsidRPr="009833C2">
              <w:rPr>
                <w:rFonts w:hint="eastAsia"/>
                <w:color w:val="000000" w:themeColor="text1"/>
                <w:lang w:eastAsia="ja-JP"/>
              </w:rPr>
              <w:t>ど）：</w:t>
            </w:r>
          </w:p>
          <w:p w14:paraId="37CA1BE4" w14:textId="7721482A" w:rsidR="00820F9D" w:rsidRPr="00DA76EF" w:rsidRDefault="00820F9D">
            <w:pPr>
              <w:rPr>
                <w:color w:val="000000" w:themeColor="text1"/>
                <w:lang w:eastAsia="ja-JP"/>
              </w:rPr>
            </w:pPr>
          </w:p>
        </w:tc>
      </w:tr>
    </w:tbl>
    <w:p w14:paraId="0C663E13" w14:textId="77777777" w:rsidR="00AD6F45" w:rsidRPr="009833C2" w:rsidRDefault="00AD6F45" w:rsidP="00D8541D">
      <w:pPr>
        <w:spacing w:line="180" w:lineRule="auto"/>
        <w:rPr>
          <w:color w:val="000000" w:themeColor="text1"/>
          <w:lang w:eastAsia="ja-JP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D6F45" w:rsidRPr="009833C2" w14:paraId="38AFC3BF" w14:textId="77777777">
        <w:trPr>
          <w:jc w:val="center"/>
        </w:trPr>
        <w:tc>
          <w:tcPr>
            <w:tcW w:w="10080" w:type="dxa"/>
            <w:shd w:val="clear" w:color="auto" w:fill="EDF2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49287B" w14:textId="02B2E6C1" w:rsidR="00820F9D" w:rsidRPr="00DA76EF" w:rsidRDefault="00000000" w:rsidP="007C667C">
            <w:pPr>
              <w:jc w:val="center"/>
              <w:rPr>
                <w:color w:val="000000" w:themeColor="text1"/>
                <w:sz w:val="20"/>
                <w:szCs w:val="20"/>
                <w:lang w:eastAsia="ja-JP"/>
              </w:rPr>
            </w:pPr>
            <w:r w:rsidRPr="00DA76EF">
              <w:rPr>
                <w:b/>
                <w:color w:val="000000" w:themeColor="text1"/>
                <w:sz w:val="20"/>
                <w:szCs w:val="20"/>
                <w:lang w:eastAsia="ja-JP"/>
              </w:rPr>
              <w:t>【お申込み・お問合せ窓口】</w:t>
            </w:r>
            <w:r w:rsidRPr="00DA76EF">
              <w:rPr>
                <w:b/>
                <w:color w:val="000000" w:themeColor="text1"/>
                <w:sz w:val="20"/>
                <w:szCs w:val="20"/>
                <w:lang w:eastAsia="ja-JP"/>
              </w:rPr>
              <w:br/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株式会社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DA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サポート</w:t>
            </w:r>
            <w:r w:rsidR="00820F9D" w:rsidRPr="00DA76EF">
              <w:rPr>
                <w:rFonts w:hint="eastAsia"/>
                <w:color w:val="000000" w:themeColor="text1"/>
                <w:sz w:val="20"/>
                <w:szCs w:val="20"/>
                <w:lang w:eastAsia="ja-JP"/>
              </w:rPr>
              <w:t>（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代表：坂田</w:t>
            </w:r>
            <w:r w:rsidR="00820F9D" w:rsidRPr="00DA76EF">
              <w:rPr>
                <w:rFonts w:hint="eastAsia"/>
                <w:color w:val="000000" w:themeColor="text1"/>
                <w:sz w:val="20"/>
                <w:szCs w:val="20"/>
                <w:lang w:eastAsia="ja-JP"/>
              </w:rPr>
              <w:t>）</w:t>
            </w:r>
            <w:r w:rsidR="00820F9D" w:rsidRPr="00DA76EF">
              <w:rPr>
                <w:color w:val="000000" w:themeColor="text1"/>
                <w:sz w:val="20"/>
                <w:szCs w:val="20"/>
                <w:lang w:eastAsia="ja-JP"/>
              </w:rPr>
              <w:br/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 xml:space="preserve"> 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〒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 xml:space="preserve">731-0223 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広島市安佐北区可部南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3-18-24</w:t>
            </w:r>
            <w:r w:rsidR="007C667C" w:rsidRPr="00DA76EF">
              <w:rPr>
                <w:rFonts w:hint="eastAsia"/>
                <w:color w:val="000000" w:themeColor="text1"/>
                <w:sz w:val="20"/>
                <w:szCs w:val="20"/>
                <w:lang w:eastAsia="ja-JP"/>
              </w:rPr>
              <w:t>（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可部自動車学校目の前</w:t>
            </w:r>
            <w:r w:rsidR="007C667C" w:rsidRPr="00DA76EF">
              <w:rPr>
                <w:rFonts w:hint="eastAsia"/>
                <w:color w:val="000000" w:themeColor="text1"/>
                <w:sz w:val="20"/>
                <w:szCs w:val="20"/>
                <w:lang w:eastAsia="ja-JP"/>
              </w:rPr>
              <w:t>）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br/>
              <w:t>TEL</w:t>
            </w:r>
            <w:r w:rsidR="00820F9D" w:rsidRPr="00DA76EF">
              <w:rPr>
                <w:color w:val="000000" w:themeColor="text1"/>
                <w:sz w:val="20"/>
                <w:szCs w:val="20"/>
                <w:lang w:eastAsia="ja-JP"/>
              </w:rPr>
              <w:t xml:space="preserve"> </w:t>
            </w:r>
            <w:r w:rsidR="00820F9D" w:rsidRPr="00DA76EF">
              <w:rPr>
                <w:color w:val="000000" w:themeColor="text1"/>
                <w:sz w:val="20"/>
                <w:szCs w:val="20"/>
                <w:lang w:eastAsia="ja-JP"/>
              </w:rPr>
              <w:t>／</w:t>
            </w:r>
            <w:r w:rsidR="00820F9D" w:rsidRPr="00DA76EF">
              <w:rPr>
                <w:color w:val="000000" w:themeColor="text1"/>
                <w:sz w:val="20"/>
                <w:szCs w:val="20"/>
                <w:lang w:eastAsia="ja-JP"/>
              </w:rPr>
              <w:t xml:space="preserve"> FAX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：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082-554-7853</w:t>
            </w:r>
            <w:r w:rsidR="00820F9D" w:rsidRPr="00DA76EF">
              <w:rPr>
                <w:rFonts w:hint="eastAsia"/>
                <w:color w:val="000000" w:themeColor="text1"/>
                <w:sz w:val="20"/>
                <w:szCs w:val="20"/>
                <w:lang w:eastAsia="ja-JP"/>
              </w:rPr>
              <w:t xml:space="preserve">　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 xml:space="preserve">  </w:t>
            </w:r>
            <w:r w:rsidR="00820F9D" w:rsidRPr="00DA76EF">
              <w:rPr>
                <w:rFonts w:hint="eastAsia"/>
                <w:color w:val="000000" w:themeColor="text1"/>
                <w:sz w:val="20"/>
                <w:szCs w:val="20"/>
                <w:lang w:eastAsia="ja-JP"/>
              </w:rPr>
              <w:t xml:space="preserve">　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 xml:space="preserve">  E-mail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：</w:t>
            </w:r>
            <w:hyperlink r:id="rId6" w:history="1">
              <w:r w:rsidR="006F415A" w:rsidRPr="00DA76EF">
                <w:rPr>
                  <w:rStyle w:val="aff"/>
                  <w:sz w:val="20"/>
                  <w:szCs w:val="20"/>
                  <w:lang w:eastAsia="ja-JP"/>
                </w:rPr>
                <w:t>contact@dasupport.co.jp</w:t>
              </w:r>
            </w:hyperlink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br/>
              <w:t>※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シート受信後、速やかに受信確認のご連絡を担当者様へ差し上げます。</w:t>
            </w:r>
          </w:p>
          <w:p w14:paraId="4968130D" w14:textId="6DFE5E8C" w:rsidR="00AD6F45" w:rsidRPr="009833C2" w:rsidRDefault="00000000">
            <w:pPr>
              <w:jc w:val="center"/>
              <w:rPr>
                <w:color w:val="000000" w:themeColor="text1"/>
                <w:lang w:eastAsia="ja-JP"/>
              </w:rPr>
            </w:pP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その後、弊社より患者様（ご家族）へ直接お電話し</w:t>
            </w:r>
            <w:r w:rsidR="007C667C" w:rsidRPr="00DA76EF">
              <w:rPr>
                <w:rFonts w:hint="eastAsia"/>
                <w:color w:val="000000" w:themeColor="text1"/>
                <w:sz w:val="20"/>
                <w:szCs w:val="20"/>
                <w:lang w:eastAsia="ja-JP"/>
              </w:rPr>
              <w:t>日程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調整</w:t>
            </w:r>
            <w:r w:rsidR="007C667C" w:rsidRPr="00DA76EF">
              <w:rPr>
                <w:rFonts w:hint="eastAsia"/>
                <w:color w:val="000000" w:themeColor="text1"/>
                <w:sz w:val="20"/>
                <w:szCs w:val="20"/>
                <w:lang w:eastAsia="ja-JP"/>
              </w:rPr>
              <w:t>等を行い</w:t>
            </w:r>
            <w:r w:rsidRPr="00DA76EF">
              <w:rPr>
                <w:color w:val="000000" w:themeColor="text1"/>
                <w:sz w:val="20"/>
                <w:szCs w:val="20"/>
                <w:lang w:eastAsia="ja-JP"/>
              </w:rPr>
              <w:t>ます。</w:t>
            </w:r>
          </w:p>
        </w:tc>
      </w:tr>
    </w:tbl>
    <w:p w14:paraId="49F5510D" w14:textId="77777777" w:rsidR="005A7013" w:rsidRPr="009833C2" w:rsidRDefault="005A7013" w:rsidP="00D8541D">
      <w:pPr>
        <w:rPr>
          <w:rFonts w:hint="eastAsia"/>
          <w:color w:val="000000" w:themeColor="text1"/>
          <w:lang w:eastAsia="ja-JP"/>
        </w:rPr>
      </w:pPr>
    </w:p>
    <w:sectPr w:rsidR="005A7013" w:rsidRPr="009833C2" w:rsidSect="00034616"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1941494">
    <w:abstractNumId w:val="8"/>
  </w:num>
  <w:num w:numId="2" w16cid:durableId="797721064">
    <w:abstractNumId w:val="6"/>
  </w:num>
  <w:num w:numId="3" w16cid:durableId="1971131504">
    <w:abstractNumId w:val="5"/>
  </w:num>
  <w:num w:numId="4" w16cid:durableId="1732269448">
    <w:abstractNumId w:val="4"/>
  </w:num>
  <w:num w:numId="5" w16cid:durableId="2095203647">
    <w:abstractNumId w:val="7"/>
  </w:num>
  <w:num w:numId="6" w16cid:durableId="1559130335">
    <w:abstractNumId w:val="3"/>
  </w:num>
  <w:num w:numId="7" w16cid:durableId="2101020360">
    <w:abstractNumId w:val="2"/>
  </w:num>
  <w:num w:numId="8" w16cid:durableId="2108883149">
    <w:abstractNumId w:val="1"/>
  </w:num>
  <w:num w:numId="9" w16cid:durableId="1357147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0C5"/>
    <w:rsid w:val="00034616"/>
    <w:rsid w:val="0006063C"/>
    <w:rsid w:val="0015074B"/>
    <w:rsid w:val="00200446"/>
    <w:rsid w:val="002118EF"/>
    <w:rsid w:val="0029639D"/>
    <w:rsid w:val="00326F90"/>
    <w:rsid w:val="0034334E"/>
    <w:rsid w:val="00372230"/>
    <w:rsid w:val="004D255E"/>
    <w:rsid w:val="005055A9"/>
    <w:rsid w:val="005A7013"/>
    <w:rsid w:val="006F415A"/>
    <w:rsid w:val="007C667C"/>
    <w:rsid w:val="00820F9D"/>
    <w:rsid w:val="009833C2"/>
    <w:rsid w:val="00A063FB"/>
    <w:rsid w:val="00A858F6"/>
    <w:rsid w:val="00AA1D8D"/>
    <w:rsid w:val="00AD6F45"/>
    <w:rsid w:val="00B47730"/>
    <w:rsid w:val="00B5286F"/>
    <w:rsid w:val="00CB0664"/>
    <w:rsid w:val="00CC0A50"/>
    <w:rsid w:val="00CE0586"/>
    <w:rsid w:val="00D241C0"/>
    <w:rsid w:val="00D8541D"/>
    <w:rsid w:val="00DA76EF"/>
    <w:rsid w:val="00EF0463"/>
    <w:rsid w:val="00F444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FD3F9B"/>
  <w14:defaultImageDpi w14:val="330"/>
  <w15:docId w15:val="{10D3E935-4126-4347-8297-874BDF0E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 w:line="252" w:lineRule="auto"/>
    </w:pPr>
    <w:rPr>
      <w:rFonts w:ascii="Helvetica" w:hAnsi="Helvetica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820F9D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820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tact@dasupport.co.j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DAサポート 株式会社</cp:lastModifiedBy>
  <cp:revision>9</cp:revision>
  <cp:lastPrinted>2026-09-01T02:15:00Z</cp:lastPrinted>
  <dcterms:created xsi:type="dcterms:W3CDTF">2026-09-01T02:07:00Z</dcterms:created>
  <dcterms:modified xsi:type="dcterms:W3CDTF">2026-09-03T23:41:00Z</dcterms:modified>
  <cp:category/>
</cp:coreProperties>
</file>